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BF0" w:rsidRDefault="008804F4">
      <w:pPr>
        <w:spacing w:after="80" w:line="259" w:lineRule="auto"/>
        <w:jc w:val="center"/>
        <w:rPr>
          <w:rFonts w:ascii="Poppins" w:eastAsia="Poppins" w:hAnsi="Poppins"/>
          <w:b/>
          <w:color w:val="1F4E79"/>
          <w:sz w:val="48"/>
        </w:rPr>
      </w:pPr>
      <w:r>
        <w:rPr>
          <w:rFonts w:ascii="Poppins" w:eastAsia="Poppins" w:hAnsi="Poppins"/>
          <w:b/>
          <w:color w:val="1F4E79"/>
          <w:sz w:val="48"/>
        </w:rPr>
        <w:t>DESKRIPSI SISTEM</w:t>
      </w:r>
      <w:r>
        <w:rPr>
          <w:rFonts w:ascii="Poppins" w:eastAsia="Poppins" w:hAnsi="Poppins"/>
          <w:b/>
          <w:color w:val="1F4E79"/>
          <w:sz w:val="48"/>
        </w:rPr>
        <w:br/>
        <w:t>APLIKASIPERCETAKAN.COM</w:t>
      </w:r>
    </w:p>
    <w:p w:rsidR="00B53BC7" w:rsidRDefault="00B53BC7">
      <w:pPr>
        <w:spacing w:after="80" w:line="259" w:lineRule="auto"/>
        <w:jc w:val="center"/>
        <w:rPr>
          <w:rFonts w:ascii="Poppins" w:eastAsia="Poppins" w:hAnsi="Poppins"/>
          <w:b/>
          <w:color w:val="1F4E79"/>
          <w:sz w:val="48"/>
        </w:rPr>
      </w:pPr>
    </w:p>
    <w:p w:rsidR="00B53BC7" w:rsidRDefault="00B53BC7">
      <w:pPr>
        <w:spacing w:after="80" w:line="259" w:lineRule="auto"/>
        <w:jc w:val="center"/>
      </w:pPr>
    </w:p>
    <w:p w:rsidR="00AF0BF0" w:rsidRDefault="008804F4">
      <w:pPr>
        <w:spacing w:after="80" w:line="259" w:lineRule="auto"/>
        <w:jc w:val="center"/>
        <w:rPr>
          <w:rFonts w:ascii="Poppins" w:eastAsia="Poppins" w:hAnsi="Poppins"/>
          <w:i/>
          <w:sz w:val="28"/>
        </w:rPr>
      </w:pPr>
      <w:r>
        <w:rPr>
          <w:rFonts w:ascii="Poppins" w:eastAsia="Poppins" w:hAnsi="Poppins"/>
          <w:i/>
          <w:sz w:val="28"/>
        </w:rPr>
        <w:t>Dokumen Penjelasan Sistem Berdasarkan Tampilan Aplikasi</w:t>
      </w:r>
    </w:p>
    <w:p w:rsidR="00B53BC7" w:rsidRDefault="00B53BC7">
      <w:pPr>
        <w:spacing w:after="80" w:line="259" w:lineRule="auto"/>
        <w:jc w:val="center"/>
        <w:rPr>
          <w:rFonts w:ascii="Poppins" w:eastAsia="Poppins" w:hAnsi="Poppins"/>
          <w:i/>
          <w:sz w:val="28"/>
        </w:rPr>
      </w:pPr>
    </w:p>
    <w:p w:rsidR="00B53BC7" w:rsidRDefault="00B53BC7">
      <w:pPr>
        <w:spacing w:after="80" w:line="259" w:lineRule="auto"/>
        <w:jc w:val="center"/>
        <w:rPr>
          <w:rFonts w:ascii="Poppins" w:eastAsia="Poppins" w:hAnsi="Poppins"/>
          <w:i/>
          <w:sz w:val="28"/>
        </w:rPr>
      </w:pPr>
    </w:p>
    <w:p w:rsidR="00B53BC7" w:rsidRDefault="00B53BC7">
      <w:pPr>
        <w:spacing w:after="80" w:line="259" w:lineRule="auto"/>
        <w:jc w:val="center"/>
        <w:rPr>
          <w:rFonts w:ascii="Poppins" w:eastAsia="Poppins" w:hAnsi="Poppins"/>
          <w:i/>
          <w:sz w:val="28"/>
        </w:rPr>
      </w:pPr>
    </w:p>
    <w:p w:rsidR="00B53BC7" w:rsidRDefault="00B53BC7">
      <w:pPr>
        <w:spacing w:after="80" w:line="259" w:lineRule="auto"/>
        <w:jc w:val="center"/>
        <w:rPr>
          <w:rFonts w:ascii="Poppins" w:eastAsia="Poppins" w:hAnsi="Poppins"/>
          <w:i/>
          <w:sz w:val="28"/>
        </w:rPr>
      </w:pPr>
    </w:p>
    <w:p w:rsidR="00B53BC7" w:rsidRDefault="00B53BC7">
      <w:pPr>
        <w:spacing w:after="80" w:line="259" w:lineRule="auto"/>
        <w:jc w:val="center"/>
        <w:rPr>
          <w:rFonts w:ascii="Poppins" w:eastAsia="Poppins" w:hAnsi="Poppins"/>
          <w:i/>
          <w:sz w:val="28"/>
        </w:rPr>
      </w:pPr>
    </w:p>
    <w:p w:rsidR="00B53BC7" w:rsidRDefault="00B53BC7">
      <w:pPr>
        <w:spacing w:after="80" w:line="259" w:lineRule="auto"/>
        <w:jc w:val="center"/>
        <w:rPr>
          <w:rFonts w:ascii="Poppins" w:eastAsia="Poppins" w:hAnsi="Poppins"/>
          <w:i/>
          <w:sz w:val="28"/>
        </w:rPr>
      </w:pPr>
      <w:r>
        <w:rPr>
          <w:rFonts w:ascii="Poppins" w:eastAsia="Poppins" w:hAnsi="Poppins"/>
          <w:i/>
          <w:noProof/>
          <w:sz w:val="28"/>
        </w:rPr>
        <w:drawing>
          <wp:inline distT="0" distB="0" distL="0" distR="0">
            <wp:extent cx="6331905" cy="2861953"/>
            <wp:effectExtent l="19050" t="0" r="0" b="0"/>
            <wp:docPr id="46" name="Picture 45" descr="logo-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ll.PNG"/>
                    <pic:cNvPicPr/>
                  </pic:nvPicPr>
                  <pic:blipFill>
                    <a:blip r:embed="rId8"/>
                    <a:stretch>
                      <a:fillRect/>
                    </a:stretch>
                  </pic:blipFill>
                  <pic:spPr>
                    <a:xfrm>
                      <a:off x="0" y="0"/>
                      <a:ext cx="6336030" cy="2863818"/>
                    </a:xfrm>
                    <a:prstGeom prst="rect">
                      <a:avLst/>
                    </a:prstGeom>
                  </pic:spPr>
                </pic:pic>
              </a:graphicData>
            </a:graphic>
          </wp:inline>
        </w:drawing>
      </w:r>
    </w:p>
    <w:p w:rsidR="00B53BC7" w:rsidRDefault="00B53BC7">
      <w:pPr>
        <w:spacing w:after="80" w:line="259" w:lineRule="auto"/>
        <w:jc w:val="center"/>
        <w:rPr>
          <w:rFonts w:ascii="Poppins" w:eastAsia="Poppins" w:hAnsi="Poppins"/>
          <w:i/>
          <w:sz w:val="28"/>
        </w:rPr>
      </w:pPr>
    </w:p>
    <w:p w:rsidR="00B53BC7" w:rsidRDefault="00B53BC7">
      <w:pPr>
        <w:spacing w:after="80" w:line="259" w:lineRule="auto"/>
        <w:jc w:val="center"/>
        <w:rPr>
          <w:rFonts w:ascii="Poppins" w:eastAsia="Poppins" w:hAnsi="Poppins"/>
          <w:i/>
          <w:sz w:val="28"/>
        </w:rPr>
      </w:pPr>
    </w:p>
    <w:p w:rsidR="00B53BC7" w:rsidRDefault="00B53BC7">
      <w:pPr>
        <w:spacing w:after="80" w:line="259" w:lineRule="auto"/>
        <w:jc w:val="center"/>
      </w:pPr>
    </w:p>
    <w:p w:rsidR="00AF0BF0" w:rsidRDefault="00AF0BF0">
      <w:pPr>
        <w:spacing w:before="120" w:after="120" w:line="259" w:lineRule="auto"/>
        <w:jc w:val="center"/>
        <w:rPr>
          <w:noProof/>
        </w:rPr>
      </w:pPr>
    </w:p>
    <w:p w:rsidR="00B53BC7" w:rsidRDefault="00B53BC7">
      <w:pPr>
        <w:spacing w:before="120" w:after="120" w:line="259" w:lineRule="auto"/>
        <w:jc w:val="center"/>
      </w:pPr>
    </w:p>
    <w:p w:rsidR="00AF0BF0" w:rsidRPr="00B53BC7" w:rsidRDefault="008804F4">
      <w:pPr>
        <w:spacing w:after="80" w:line="259" w:lineRule="auto"/>
        <w:jc w:val="center"/>
        <w:rPr>
          <w:sz w:val="28"/>
        </w:rPr>
      </w:pPr>
      <w:r w:rsidRPr="00B53BC7">
        <w:rPr>
          <w:rFonts w:ascii="Poppins" w:eastAsia="Poppins" w:hAnsi="Poppins"/>
          <w:sz w:val="28"/>
        </w:rPr>
        <w:t>Disusun untuk menjelaskan fungsi, alur kerja, dan modul utama pada sistem manajemen percetakan.</w:t>
      </w:r>
    </w:p>
    <w:p w:rsidR="00AF0BF0" w:rsidRDefault="008804F4">
      <w:pPr>
        <w:spacing w:after="80" w:line="259" w:lineRule="auto"/>
      </w:pPr>
      <w:r>
        <w:br w:type="page"/>
      </w:r>
    </w:p>
    <w:p w:rsidR="00AF0BF0" w:rsidRDefault="008804F4">
      <w:pPr>
        <w:pStyle w:val="Heading1"/>
        <w:spacing w:before="0"/>
      </w:pPr>
      <w:r>
        <w:rPr>
          <w:rFonts w:ascii="Poppins" w:eastAsia="Poppins" w:hAnsi="Poppins"/>
        </w:rPr>
        <w:lastRenderedPageBreak/>
        <w:t>1. Deskripsi Umum Sistem</w:t>
      </w:r>
      <w:r>
        <w:rPr>
          <w:rFonts w:ascii="Poppins" w:eastAsia="Poppins" w:hAnsi="Poppins"/>
        </w:rPr>
        <w:br/>
      </w:r>
    </w:p>
    <w:p w:rsidR="00AF0BF0" w:rsidRDefault="008804F4">
      <w:pPr>
        <w:spacing w:after="80" w:line="259" w:lineRule="auto"/>
      </w:pPr>
      <w:r>
        <w:rPr>
          <w:rFonts w:ascii="Poppins" w:eastAsia="Poppins" w:hAnsi="Poppins"/>
          <w:b/>
        </w:rPr>
        <w:t xml:space="preserve">Aplikasipercetakan.com </w:t>
      </w:r>
      <w:r>
        <w:rPr>
          <w:rFonts w:ascii="Poppins" w:eastAsia="Poppins" w:hAnsi="Poppins"/>
        </w:rPr>
        <w:t>adalah sistem informasi berbasis web untuk membantu operasional bisnis percetakan, mulai dari pencatatan order, pengelolaan pelanggan dan item cetak, proses kasir dan pembayaran, pemantauan produksi, absensi karyawan, hingga laporan keuangan dan pembukuan. Berdasarkan tampilan yang diberikan, sistem ini dirancang sebagai pusat kontrol operasional yang menghubungkan bagian kasir, produksi, administrasi, dan manajemen dalam satu dashboard terpadu.</w:t>
      </w:r>
    </w:p>
    <w:p w:rsidR="00AF0BF0" w:rsidRDefault="008804F4">
      <w:pPr>
        <w:pStyle w:val="Heading2"/>
      </w:pPr>
      <w:r>
        <w:rPr>
          <w:rFonts w:ascii="Poppins" w:eastAsia="Poppins" w:hAnsi="Poppins"/>
        </w:rPr>
        <w:t>Tujuan Sistem</w:t>
      </w:r>
    </w:p>
    <w:p w:rsidR="00AF0BF0" w:rsidRDefault="008804F4">
      <w:pPr>
        <w:pStyle w:val="ListBullet"/>
        <w:numPr>
          <w:ilvl w:val="0"/>
          <w:numId w:val="1"/>
        </w:numPr>
        <w:spacing w:after="40"/>
      </w:pPr>
      <w:r>
        <w:rPr>
          <w:rFonts w:ascii="Poppins" w:eastAsia="Poppins" w:hAnsi="Poppins"/>
          <w:sz w:val="20"/>
        </w:rPr>
        <w:t>Mempercepat proses input order dan pembuatan invoice.</w:t>
      </w:r>
    </w:p>
    <w:p w:rsidR="00AF0BF0" w:rsidRDefault="008804F4">
      <w:pPr>
        <w:pStyle w:val="ListBullet"/>
        <w:numPr>
          <w:ilvl w:val="0"/>
          <w:numId w:val="1"/>
        </w:numPr>
        <w:spacing w:after="40"/>
      </w:pPr>
      <w:r>
        <w:rPr>
          <w:rFonts w:ascii="Poppins" w:eastAsia="Poppins" w:hAnsi="Poppins"/>
          <w:sz w:val="20"/>
        </w:rPr>
        <w:t>Memantau status pembayaran, status produksi, dan pengambilan customer.</w:t>
      </w:r>
    </w:p>
    <w:p w:rsidR="00AF0BF0" w:rsidRDefault="008804F4">
      <w:pPr>
        <w:pStyle w:val="ListBullet"/>
        <w:numPr>
          <w:ilvl w:val="0"/>
          <w:numId w:val="1"/>
        </w:numPr>
        <w:spacing w:after="40"/>
      </w:pPr>
      <w:r>
        <w:rPr>
          <w:rFonts w:ascii="Poppins" w:eastAsia="Poppins" w:hAnsi="Poppins"/>
          <w:sz w:val="20"/>
        </w:rPr>
        <w:t>Mengelola piutang, pelunasan, riwayat pembayaran, serta laporan kas.</w:t>
      </w:r>
    </w:p>
    <w:p w:rsidR="00AF0BF0" w:rsidRDefault="008804F4">
      <w:pPr>
        <w:pStyle w:val="ListBullet"/>
        <w:numPr>
          <w:ilvl w:val="0"/>
          <w:numId w:val="1"/>
        </w:numPr>
        <w:spacing w:after="40"/>
      </w:pPr>
      <w:r>
        <w:rPr>
          <w:rFonts w:ascii="Poppins" w:eastAsia="Poppins" w:hAnsi="Poppins"/>
          <w:sz w:val="20"/>
        </w:rPr>
        <w:t>Membantu operator produksi mengetahui item yang harus dicetak dan diselesaikan.</w:t>
      </w:r>
    </w:p>
    <w:p w:rsidR="00AF0BF0" w:rsidRDefault="008804F4">
      <w:pPr>
        <w:pStyle w:val="ListBullet"/>
        <w:numPr>
          <w:ilvl w:val="0"/>
          <w:numId w:val="1"/>
        </w:numPr>
        <w:spacing w:after="40"/>
      </w:pPr>
      <w:r>
        <w:rPr>
          <w:rFonts w:ascii="Poppins" w:eastAsia="Poppins" w:hAnsi="Poppins"/>
          <w:sz w:val="20"/>
        </w:rPr>
        <w:t>Menyediakan laporan akuntansi seperti jurnal umum, laba rugi, neraca, buku besar, dan piutang penjualan.</w:t>
      </w:r>
    </w:p>
    <w:p w:rsidR="00AF0BF0" w:rsidRDefault="008804F4">
      <w:pPr>
        <w:pStyle w:val="ListBullet"/>
        <w:numPr>
          <w:ilvl w:val="0"/>
          <w:numId w:val="1"/>
        </w:numPr>
        <w:spacing w:after="40"/>
      </w:pPr>
      <w:r>
        <w:rPr>
          <w:rFonts w:ascii="Poppins" w:eastAsia="Poppins" w:hAnsi="Poppins"/>
          <w:sz w:val="20"/>
        </w:rPr>
        <w:t>Mendukung kontrol manajemen melalui ringkasan dashboard yang mudah dibaca.</w:t>
      </w:r>
    </w:p>
    <w:p w:rsidR="00AF0BF0" w:rsidRDefault="008804F4">
      <w:pPr>
        <w:pStyle w:val="Heading2"/>
      </w:pPr>
      <w:r>
        <w:rPr>
          <w:rFonts w:ascii="Poppins" w:eastAsia="Poppins" w:hAnsi="Poppins"/>
        </w:rPr>
        <w:t>Karakteristik Sistem</w:t>
      </w:r>
    </w:p>
    <w:p w:rsidR="00AF0BF0" w:rsidRDefault="008804F4">
      <w:pPr>
        <w:pStyle w:val="ListBullet"/>
        <w:numPr>
          <w:ilvl w:val="0"/>
          <w:numId w:val="1"/>
        </w:numPr>
        <w:spacing w:after="40"/>
      </w:pPr>
      <w:r>
        <w:rPr>
          <w:rFonts w:ascii="Poppins" w:eastAsia="Poppins" w:hAnsi="Poppins"/>
          <w:sz w:val="20"/>
        </w:rPr>
        <w:t>Berbasis role atau hak akses, seperti Owner, Supervisor, Designer, Kasir, Operator, Administrasi, dan Finishing.</w:t>
      </w:r>
    </w:p>
    <w:p w:rsidR="00AF0BF0" w:rsidRDefault="008804F4">
      <w:pPr>
        <w:pStyle w:val="ListBullet"/>
        <w:numPr>
          <w:ilvl w:val="0"/>
          <w:numId w:val="1"/>
        </w:numPr>
        <w:spacing w:after="40"/>
      </w:pPr>
      <w:r>
        <w:rPr>
          <w:rFonts w:ascii="Poppins" w:eastAsia="Poppins" w:hAnsi="Poppins"/>
          <w:sz w:val="20"/>
        </w:rPr>
        <w:t>Menggunakan tampilan dashboard modern dengan kartu ringkasan, filter, tabel data, tombol aksi, dan indikator status.</w:t>
      </w:r>
    </w:p>
    <w:p w:rsidR="00AF0BF0" w:rsidRDefault="008804F4">
      <w:pPr>
        <w:pStyle w:val="ListBullet"/>
        <w:numPr>
          <w:ilvl w:val="0"/>
          <w:numId w:val="1"/>
        </w:numPr>
        <w:spacing w:after="40"/>
      </w:pPr>
      <w:r>
        <w:rPr>
          <w:rFonts w:ascii="Poppins" w:eastAsia="Poppins" w:hAnsi="Poppins"/>
          <w:sz w:val="20"/>
        </w:rPr>
        <w:t>Mendukung transaksi piutang dan non-piutang.</w:t>
      </w:r>
    </w:p>
    <w:p w:rsidR="00AF0BF0" w:rsidRDefault="008804F4">
      <w:pPr>
        <w:pStyle w:val="ListBullet"/>
        <w:numPr>
          <w:ilvl w:val="0"/>
          <w:numId w:val="1"/>
        </w:numPr>
        <w:spacing w:after="40"/>
      </w:pPr>
      <w:r>
        <w:rPr>
          <w:rFonts w:ascii="Poppins" w:eastAsia="Poppins" w:hAnsi="Poppins"/>
          <w:sz w:val="20"/>
        </w:rPr>
        <w:t>Terintegrasi antara order, pembayaran, produksi, kas, dan pembukuan.</w:t>
      </w:r>
    </w:p>
    <w:p w:rsidR="00AF0BF0" w:rsidRDefault="008804F4">
      <w:pPr>
        <w:pStyle w:val="ListBullet"/>
        <w:numPr>
          <w:ilvl w:val="0"/>
          <w:numId w:val="1"/>
        </w:numPr>
        <w:spacing w:after="40"/>
      </w:pPr>
      <w:r>
        <w:rPr>
          <w:rFonts w:ascii="Poppins" w:eastAsia="Poppins" w:hAnsi="Poppins"/>
          <w:sz w:val="20"/>
        </w:rPr>
        <w:t>Memiliki fitur cetak dan export pada beberapa laporan.</w:t>
      </w:r>
    </w:p>
    <w:p w:rsidR="00AF0BF0" w:rsidRDefault="008804F4">
      <w:pPr>
        <w:pStyle w:val="Heading1"/>
      </w:pPr>
      <w:r>
        <w:rPr>
          <w:rFonts w:ascii="Poppins" w:eastAsia="Poppins" w:hAnsi="Poppins"/>
        </w:rPr>
        <w:t>2. Modul Utama Sistem</w:t>
      </w:r>
      <w:r>
        <w:rPr>
          <w:rFonts w:ascii="Poppins" w:eastAsia="Poppins" w:hAnsi="Poppins"/>
        </w:rPr>
        <w:br/>
      </w:r>
    </w:p>
    <w:p w:rsidR="00AF0BF0" w:rsidRDefault="008804F4">
      <w:pPr>
        <w:pStyle w:val="TabelCaptionCustom"/>
        <w:jc w:val="center"/>
      </w:pPr>
      <w:r>
        <w:t>Tabel 1. Ringkasan Modul Utama dan Fungsi Sistem</w:t>
      </w:r>
    </w:p>
    <w:tbl>
      <w:tblPr>
        <w:tblStyle w:val="TableGrid"/>
        <w:tblW w:w="5000" w:type="pct"/>
        <w:jc w:val="center"/>
        <w:tblLayout w:type="fixed"/>
        <w:tblCellMar>
          <w:top w:w="90" w:type="dxa"/>
          <w:left w:w="90" w:type="dxa"/>
          <w:bottom w:w="90" w:type="dxa"/>
          <w:right w:w="90" w:type="dxa"/>
        </w:tblCellMar>
        <w:tblLook w:val="04A0"/>
      </w:tblPr>
      <w:tblGrid>
        <w:gridCol w:w="5078"/>
        <w:gridCol w:w="5080"/>
      </w:tblGrid>
      <w:tr w:rsidR="00AF0BF0">
        <w:trPr>
          <w:cantSplit/>
          <w:tblHeader/>
          <w:jc w:val="center"/>
        </w:trPr>
        <w:tc>
          <w:tcPr>
            <w:tcW w:w="4988" w:type="dxa"/>
            <w:tcBorders>
              <w:top w:val="single" w:sz="6" w:space="0" w:color="B7C3D0"/>
              <w:left w:val="single" w:sz="6" w:space="0" w:color="B7C3D0"/>
              <w:bottom w:val="single" w:sz="6" w:space="0" w:color="B7C3D0"/>
              <w:right w:val="single" w:sz="6" w:space="0" w:color="B7C3D0"/>
            </w:tcBorders>
            <w:shd w:val="clear" w:color="auto" w:fill="EAF2FF"/>
          </w:tcPr>
          <w:p w:rsidR="00AF0BF0" w:rsidRDefault="008804F4">
            <w:pPr>
              <w:spacing w:after="60" w:line="259" w:lineRule="auto"/>
              <w:jc w:val="center"/>
            </w:pPr>
            <w:r>
              <w:rPr>
                <w:b/>
                <w:color w:val="1F2A44"/>
                <w:sz w:val="19"/>
              </w:rPr>
              <w:t>Modul</w:t>
            </w:r>
          </w:p>
        </w:tc>
        <w:tc>
          <w:tcPr>
            <w:tcW w:w="4989" w:type="dxa"/>
            <w:tcBorders>
              <w:top w:val="single" w:sz="6" w:space="0" w:color="B7C3D0"/>
              <w:left w:val="single" w:sz="6" w:space="0" w:color="B7C3D0"/>
              <w:bottom w:val="single" w:sz="6" w:space="0" w:color="B7C3D0"/>
              <w:right w:val="single" w:sz="6" w:space="0" w:color="B7C3D0"/>
            </w:tcBorders>
            <w:shd w:val="clear" w:color="auto" w:fill="EAF2FF"/>
          </w:tcPr>
          <w:p w:rsidR="00AF0BF0" w:rsidRDefault="008804F4">
            <w:pPr>
              <w:spacing w:after="60" w:line="259" w:lineRule="auto"/>
              <w:jc w:val="center"/>
            </w:pPr>
            <w:r>
              <w:rPr>
                <w:b/>
                <w:color w:val="1F2A44"/>
                <w:sz w:val="19"/>
              </w:rPr>
              <w:t>Fungsi Utama</w:t>
            </w:r>
          </w:p>
        </w:tc>
      </w:tr>
      <w:tr w:rsidR="00AF0BF0" w:rsidTr="008804F4">
        <w:trPr>
          <w:cantSplit/>
          <w:trHeight w:val="504"/>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Login &amp; Hak Akses</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Autentikasi pengguna, pemilihan role, dan akses awal ke dashboard.</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Dashboard</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Ringkasan kontrol pendapatan, piutang, order, operasional, dan antrian pengambilan.</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Orders</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Pencatatan order, pembuatan invoice, status pembayaran, status produksi, dan status pengambilan.</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Kasir</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Tagihan, pelunasan, riwayat pembayaran, nota, faktur, dan pricelist.</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Produksi</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Antrian cetak, proses cetak, finishing, riwayat produksi, dan kontrol status item.</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Pembatalan</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Pengajuan dan persetujuan pembatalan order atau item.</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Absensi</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Absen masuk, absen pulang, rekap manual, dan pemantauan keterlambatan.</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Data Keuangan</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Laporan keuangan, laporan kas, setoran, dan mutasi kas.</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Pembukuan</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Jurnal umum, laporan laba rugi, neraca, dan pencatatan akuntansi.</w:t>
            </w:r>
          </w:p>
        </w:tc>
      </w:tr>
      <w:tr w:rsidR="00AF0BF0">
        <w:trPr>
          <w:cantSplit/>
          <w:jc w:val="center"/>
        </w:trPr>
        <w:tc>
          <w:tcPr>
            <w:tcW w:w="4988"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lastRenderedPageBreak/>
              <w:t>Laporan</w:t>
            </w:r>
          </w:p>
        </w:tc>
        <w:tc>
          <w:tcPr>
            <w:tcW w:w="4989"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Buku besar, piutang, omzet, pendapatan, hutang, log transaksi, dan output cetak/export.</w:t>
            </w:r>
          </w:p>
        </w:tc>
      </w:tr>
    </w:tbl>
    <w:p w:rsidR="00AF0BF0" w:rsidRDefault="008804F4" w:rsidP="008804F4">
      <w:pPr>
        <w:pStyle w:val="TabelNoteCustom"/>
        <w:jc w:val="center"/>
      </w:pPr>
      <w:r>
        <w:rPr>
          <w:color w:val="464646"/>
          <w:sz w:val="17"/>
        </w:rPr>
        <w:br/>
        <w:t>Catatan: Tabel disusun dengan format laporan standar: judul bernomor, header konsisten, isi ringkas, dan batas tabel yang seragam.</w:t>
      </w:r>
    </w:p>
    <w:p w:rsidR="008804F4" w:rsidRDefault="008804F4">
      <w:pPr>
        <w:pStyle w:val="Heading1"/>
        <w:rPr>
          <w:rFonts w:ascii="Poppins" w:eastAsia="Poppins" w:hAnsi="Poppins"/>
        </w:rPr>
      </w:pPr>
    </w:p>
    <w:p w:rsidR="00AF0BF0" w:rsidRDefault="008804F4">
      <w:pPr>
        <w:pStyle w:val="Heading1"/>
      </w:pPr>
      <w:r>
        <w:rPr>
          <w:rFonts w:ascii="Poppins" w:eastAsia="Poppins" w:hAnsi="Poppins"/>
        </w:rPr>
        <w:t>3. Alur Kerja Sistem</w:t>
      </w:r>
      <w:r>
        <w:rPr>
          <w:rFonts w:ascii="Poppins" w:eastAsia="Poppins" w:hAnsi="Poppins"/>
        </w:rPr>
        <w:br/>
      </w:r>
    </w:p>
    <w:p w:rsidR="00AF0BF0" w:rsidRDefault="008804F4">
      <w:pPr>
        <w:pStyle w:val="TabelCaptionCustom"/>
        <w:jc w:val="center"/>
      </w:pPr>
      <w:r>
        <w:t>Tabel 2. Standar Alur Operasional Sistem Percetakan</w:t>
      </w:r>
    </w:p>
    <w:tbl>
      <w:tblPr>
        <w:tblStyle w:val="TableGrid"/>
        <w:tblW w:w="5000" w:type="pct"/>
        <w:jc w:val="center"/>
        <w:tblLayout w:type="fixed"/>
        <w:tblCellMar>
          <w:top w:w="90" w:type="dxa"/>
          <w:left w:w="90" w:type="dxa"/>
          <w:bottom w:w="90" w:type="dxa"/>
          <w:right w:w="90" w:type="dxa"/>
        </w:tblCellMar>
        <w:tblLook w:val="04A0"/>
      </w:tblPr>
      <w:tblGrid>
        <w:gridCol w:w="3386"/>
        <w:gridCol w:w="3386"/>
        <w:gridCol w:w="3386"/>
      </w:tblGrid>
      <w:tr w:rsidR="00AF0BF0">
        <w:trPr>
          <w:cantSplit/>
          <w:tblHeader/>
          <w:jc w:val="center"/>
        </w:trPr>
        <w:tc>
          <w:tcPr>
            <w:tcW w:w="3326" w:type="dxa"/>
            <w:tcBorders>
              <w:top w:val="single" w:sz="6" w:space="0" w:color="B7C3D0"/>
              <w:left w:val="single" w:sz="6" w:space="0" w:color="B7C3D0"/>
              <w:bottom w:val="single" w:sz="6" w:space="0" w:color="B7C3D0"/>
              <w:right w:val="single" w:sz="6" w:space="0" w:color="B7C3D0"/>
            </w:tcBorders>
            <w:shd w:val="clear" w:color="auto" w:fill="EAF2FF"/>
          </w:tcPr>
          <w:p w:rsidR="00AF0BF0" w:rsidRDefault="008804F4">
            <w:pPr>
              <w:spacing w:after="60" w:line="259" w:lineRule="auto"/>
              <w:jc w:val="center"/>
            </w:pPr>
            <w:r>
              <w:rPr>
                <w:b/>
                <w:color w:val="1F2A44"/>
                <w:sz w:val="19"/>
              </w:rPr>
              <w:t>No.</w:t>
            </w:r>
          </w:p>
        </w:tc>
        <w:tc>
          <w:tcPr>
            <w:tcW w:w="3326" w:type="dxa"/>
            <w:tcBorders>
              <w:top w:val="single" w:sz="6" w:space="0" w:color="B7C3D0"/>
              <w:left w:val="single" w:sz="6" w:space="0" w:color="B7C3D0"/>
              <w:bottom w:val="single" w:sz="6" w:space="0" w:color="B7C3D0"/>
              <w:right w:val="single" w:sz="6" w:space="0" w:color="B7C3D0"/>
            </w:tcBorders>
            <w:shd w:val="clear" w:color="auto" w:fill="EAF2FF"/>
          </w:tcPr>
          <w:p w:rsidR="00AF0BF0" w:rsidRDefault="008804F4">
            <w:pPr>
              <w:spacing w:after="60" w:line="259" w:lineRule="auto"/>
              <w:jc w:val="center"/>
            </w:pPr>
            <w:r>
              <w:rPr>
                <w:b/>
                <w:color w:val="1F2A44"/>
                <w:sz w:val="19"/>
              </w:rPr>
              <w:t>Tahap</w:t>
            </w:r>
          </w:p>
        </w:tc>
        <w:tc>
          <w:tcPr>
            <w:tcW w:w="3326" w:type="dxa"/>
            <w:tcBorders>
              <w:top w:val="single" w:sz="6" w:space="0" w:color="B7C3D0"/>
              <w:left w:val="single" w:sz="6" w:space="0" w:color="B7C3D0"/>
              <w:bottom w:val="single" w:sz="6" w:space="0" w:color="B7C3D0"/>
              <w:right w:val="single" w:sz="6" w:space="0" w:color="B7C3D0"/>
            </w:tcBorders>
            <w:shd w:val="clear" w:color="auto" w:fill="EAF2FF"/>
          </w:tcPr>
          <w:p w:rsidR="00AF0BF0" w:rsidRDefault="008804F4">
            <w:pPr>
              <w:spacing w:after="60" w:line="259" w:lineRule="auto"/>
              <w:jc w:val="center"/>
            </w:pPr>
            <w:r>
              <w:rPr>
                <w:b/>
                <w:color w:val="1F2A44"/>
                <w:sz w:val="19"/>
              </w:rPr>
              <w:t>Penjelasan</w:t>
            </w:r>
          </w:p>
        </w:tc>
      </w:tr>
      <w:tr w:rsidR="00AF0BF0">
        <w:trPr>
          <w:cantSplit/>
          <w:jc w:val="center"/>
        </w:trPr>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jc w:val="center"/>
            </w:pPr>
            <w:r>
              <w:rPr>
                <w:b/>
                <w:sz w:val="18"/>
              </w:rPr>
              <w:t>1</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Login</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Pengguna masuk menggunakan akun dan role yang sesuai.</w:t>
            </w:r>
          </w:p>
        </w:tc>
      </w:tr>
      <w:tr w:rsidR="00AF0BF0">
        <w:trPr>
          <w:cantSplit/>
          <w:jc w:val="center"/>
        </w:trPr>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jc w:val="center"/>
            </w:pPr>
            <w:r>
              <w:rPr>
                <w:b/>
                <w:sz w:val="18"/>
              </w:rPr>
              <w:t>2</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Input Order</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Kasir atau admin membuat order baru, memilih pelanggan, produk, bahan, ukuran, qty, harga, dan catatan finishing.</w:t>
            </w:r>
          </w:p>
        </w:tc>
      </w:tr>
      <w:tr w:rsidR="00AF0BF0">
        <w:trPr>
          <w:cantSplit/>
          <w:jc w:val="center"/>
        </w:trPr>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jc w:val="center"/>
            </w:pPr>
            <w:r>
              <w:rPr>
                <w:b/>
                <w:sz w:val="18"/>
              </w:rPr>
              <w:t>3</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Monitoring Order</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Order tampil pada daftar order dengan status pembayaran, produksi, dan pengambilan.</w:t>
            </w:r>
          </w:p>
        </w:tc>
      </w:tr>
      <w:tr w:rsidR="00AF0BF0">
        <w:trPr>
          <w:cantSplit/>
          <w:jc w:val="center"/>
        </w:trPr>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jc w:val="center"/>
            </w:pPr>
            <w:r>
              <w:rPr>
                <w:b/>
                <w:sz w:val="18"/>
              </w:rPr>
              <w:t>4</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Produksi</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Operator menjalankan proses cetak dan finishing berdasarkan antrian item/file.</w:t>
            </w:r>
          </w:p>
        </w:tc>
      </w:tr>
      <w:tr w:rsidR="00AF0BF0">
        <w:trPr>
          <w:cantSplit/>
          <w:jc w:val="center"/>
        </w:trPr>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jc w:val="center"/>
            </w:pPr>
            <w:r>
              <w:rPr>
                <w:b/>
                <w:sz w:val="18"/>
              </w:rPr>
              <w:t>5</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Kasir &amp; Pembayaran</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Tagihan diproses sebagai pembayaran, pelunasan, split payment, atau piutang.</w:t>
            </w:r>
          </w:p>
        </w:tc>
      </w:tr>
      <w:tr w:rsidR="00AF0BF0">
        <w:trPr>
          <w:cantSplit/>
          <w:jc w:val="center"/>
        </w:trPr>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jc w:val="center"/>
            </w:pPr>
            <w:r>
              <w:rPr>
                <w:b/>
                <w:sz w:val="18"/>
              </w:rPr>
              <w:t>6</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Pengambilan</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Order yang selesai produksi ditandai sudah atau belum diambil customer.</w:t>
            </w:r>
          </w:p>
        </w:tc>
      </w:tr>
      <w:tr w:rsidR="00AF0BF0">
        <w:trPr>
          <w:cantSplit/>
          <w:jc w:val="center"/>
        </w:trPr>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jc w:val="center"/>
            </w:pPr>
            <w:r>
              <w:rPr>
                <w:b/>
                <w:sz w:val="18"/>
              </w:rPr>
              <w:t>7</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b/>
                <w:sz w:val="18"/>
              </w:rPr>
              <w:t>Laporan &amp; Pembukuan</w:t>
            </w:r>
          </w:p>
        </w:tc>
        <w:tc>
          <w:tcPr>
            <w:tcW w:w="3326" w:type="dxa"/>
            <w:tcBorders>
              <w:top w:val="single" w:sz="6" w:space="0" w:color="B7C3D0"/>
              <w:left w:val="single" w:sz="6" w:space="0" w:color="B7C3D0"/>
              <w:bottom w:val="single" w:sz="6" w:space="0" w:color="B7C3D0"/>
              <w:right w:val="single" w:sz="6" w:space="0" w:color="B7C3D0"/>
            </w:tcBorders>
          </w:tcPr>
          <w:p w:rsidR="00AF0BF0" w:rsidRDefault="008804F4">
            <w:pPr>
              <w:spacing w:after="60" w:line="259" w:lineRule="auto"/>
            </w:pPr>
            <w:r>
              <w:rPr>
                <w:sz w:val="18"/>
              </w:rPr>
              <w:t>Pendapatan, kas, jurnal, laba rugi, neraca, buku besar, dan piutang diperbarui untuk kontrol bisnis.</w:t>
            </w:r>
          </w:p>
        </w:tc>
      </w:tr>
    </w:tbl>
    <w:p w:rsidR="00AF0BF0" w:rsidRDefault="008804F4" w:rsidP="008804F4">
      <w:pPr>
        <w:pStyle w:val="TabelNoteCustom"/>
        <w:jc w:val="center"/>
      </w:pPr>
      <w:r>
        <w:rPr>
          <w:color w:val="464646"/>
          <w:sz w:val="17"/>
        </w:rPr>
        <w:br/>
        <w:t>Catatan: Alur digunakan sebagai acuan implementasi, pengujian, dan dokumentasi prosedur kerja antarbagian.</w:t>
      </w:r>
    </w:p>
    <w:p w:rsidR="00AF0BF0" w:rsidRDefault="008804F4">
      <w:pPr>
        <w:spacing w:after="80" w:line="259" w:lineRule="auto"/>
      </w:pPr>
      <w:r>
        <w:br w:type="page"/>
      </w:r>
    </w:p>
    <w:p w:rsidR="00AF0BF0" w:rsidRDefault="008804F4">
      <w:pPr>
        <w:pStyle w:val="Heading1"/>
        <w:spacing w:before="0"/>
      </w:pPr>
      <w:r>
        <w:rPr>
          <w:rFonts w:ascii="Poppins" w:eastAsia="Poppins" w:hAnsi="Poppins"/>
        </w:rPr>
        <w:lastRenderedPageBreak/>
        <w:t>4. Penjelasan Setiap Tampilan Sistem</w:t>
      </w:r>
    </w:p>
    <w:p w:rsidR="00AF0BF0" w:rsidRDefault="008804F4">
      <w:pPr>
        <w:pStyle w:val="Heading2"/>
      </w:pPr>
      <w:r>
        <w:rPr>
          <w:rFonts w:ascii="Poppins" w:eastAsia="Poppins" w:hAnsi="Poppins"/>
        </w:rPr>
        <w:t>4.1 Halaman Login</w:t>
      </w:r>
    </w:p>
    <w:p w:rsidR="00AF0BF0" w:rsidRDefault="008804F4">
      <w:pPr>
        <w:spacing w:after="80" w:line="259" w:lineRule="auto"/>
      </w:pPr>
      <w:r>
        <w:rPr>
          <w:rFonts w:ascii="Poppins" w:eastAsia="Poppins" w:hAnsi="Poppins"/>
        </w:rPr>
        <w:t>Menampilkan halaman masuk Aplikasipercetakan 3.0 dengan konsep AI Login Experience dan Smart Access. Pada area development auto login, pengguna dapat memilih role seperti Owner, Supervisor, Designer, Kasir, Operator, Administrasi, dan Finishing. Login utama tetap memakai email dan password dengan opsi ingat saya.</w:t>
      </w:r>
    </w:p>
    <w:p w:rsidR="00AF0BF0" w:rsidRDefault="008804F4">
      <w:pPr>
        <w:pStyle w:val="Heading3"/>
        <w:spacing w:before="120" w:after="40"/>
      </w:pPr>
      <w:r>
        <w:rPr>
          <w:rFonts w:ascii="Poppins" w:eastAsia="Poppins" w:hAnsi="Poppins"/>
          <w:color w:val="2563EB"/>
        </w:rPr>
        <w:br/>
        <w:t>Penjelasan detail:</w:t>
      </w:r>
    </w:p>
    <w:p w:rsidR="00AF0BF0" w:rsidRDefault="008804F4">
      <w:pPr>
        <w:spacing w:after="80" w:line="259" w:lineRule="auto"/>
      </w:pPr>
      <w:r>
        <w:rPr>
          <w:rFonts w:ascii="Poppins" w:eastAsia="Poppins" w:hAnsi="Poppins"/>
        </w:rPr>
        <w:t>Bagian Halaman Login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Halaman Login,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Logo aplikasi dan identitas sistem.</w:t>
      </w:r>
    </w:p>
    <w:p w:rsidR="00AF0BF0" w:rsidRDefault="008804F4">
      <w:pPr>
        <w:pStyle w:val="ListBullet"/>
        <w:numPr>
          <w:ilvl w:val="0"/>
          <w:numId w:val="1"/>
        </w:numPr>
        <w:spacing w:after="40"/>
      </w:pPr>
      <w:r>
        <w:rPr>
          <w:rFonts w:ascii="Poppins" w:eastAsia="Poppins" w:hAnsi="Poppins"/>
          <w:sz w:val="20"/>
        </w:rPr>
        <w:t>Pilihan role untuk akses cepat pada mode development.</w:t>
      </w:r>
    </w:p>
    <w:p w:rsidR="00AF0BF0" w:rsidRDefault="008804F4">
      <w:pPr>
        <w:pStyle w:val="ListBullet"/>
        <w:numPr>
          <w:ilvl w:val="0"/>
          <w:numId w:val="1"/>
        </w:numPr>
        <w:spacing w:after="40"/>
      </w:pPr>
      <w:r>
        <w:rPr>
          <w:rFonts w:ascii="Poppins" w:eastAsia="Poppins" w:hAnsi="Poppins"/>
          <w:sz w:val="20"/>
        </w:rPr>
        <w:t>Input email dan password.</w:t>
      </w:r>
    </w:p>
    <w:p w:rsidR="00AF0BF0" w:rsidRDefault="008804F4">
      <w:pPr>
        <w:pStyle w:val="ListBullet"/>
        <w:numPr>
          <w:ilvl w:val="0"/>
          <w:numId w:val="1"/>
        </w:numPr>
        <w:spacing w:after="40"/>
      </w:pPr>
      <w:r>
        <w:rPr>
          <w:rFonts w:ascii="Poppins" w:eastAsia="Poppins" w:hAnsi="Poppins"/>
          <w:sz w:val="20"/>
        </w:rPr>
        <w:t>Tombol masuk ke dashboard.</w:t>
      </w:r>
    </w:p>
    <w:p w:rsidR="00AF0BF0" w:rsidRDefault="008804F4">
      <w:pPr>
        <w:spacing w:before="120" w:after="120" w:line="259" w:lineRule="auto"/>
        <w:jc w:val="center"/>
      </w:pPr>
      <w:r>
        <w:rPr>
          <w:noProof/>
        </w:rPr>
        <w:drawing>
          <wp:inline distT="0" distB="0" distL="0" distR="0">
            <wp:extent cx="6263640" cy="3006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6263640" cy="300672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 Halaman Login</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4.2 Dashboard / Ringkasan Kontrol</w:t>
      </w:r>
      <w:r>
        <w:rPr>
          <w:rFonts w:ascii="Poppins" w:eastAsia="Poppins" w:hAnsi="Poppins"/>
        </w:rPr>
        <w:br/>
      </w:r>
    </w:p>
    <w:p w:rsidR="00AF0BF0" w:rsidRDefault="008804F4">
      <w:pPr>
        <w:spacing w:after="80" w:line="259" w:lineRule="auto"/>
      </w:pPr>
      <w:r>
        <w:rPr>
          <w:rFonts w:ascii="Poppins" w:eastAsia="Poppins" w:hAnsi="Poppins"/>
        </w:rPr>
        <w:t>Dashboard menampilkan ringkasan operasional dan keuangan secara cepat, seperti pendapatan hari ini, pendapatan bulan ini, total piutang, operasional harian, order siap diambil customer, order lama, jatuh tempo dekat, serta indikator jumlah order dan penyelesaian.</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Dashboard / Ringkasan Kontrol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Dashboard / Ringkasan Kontrol,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Kartu pendapatan harian dan bulanan.</w:t>
      </w:r>
    </w:p>
    <w:p w:rsidR="00AF0BF0" w:rsidRDefault="008804F4">
      <w:pPr>
        <w:pStyle w:val="ListBullet"/>
        <w:numPr>
          <w:ilvl w:val="0"/>
          <w:numId w:val="1"/>
        </w:numPr>
        <w:spacing w:after="40"/>
      </w:pPr>
      <w:r>
        <w:rPr>
          <w:rFonts w:ascii="Poppins" w:eastAsia="Poppins" w:hAnsi="Poppins"/>
          <w:sz w:val="20"/>
        </w:rPr>
        <w:t>Kartu total piutang.</w:t>
      </w:r>
    </w:p>
    <w:p w:rsidR="00AF0BF0" w:rsidRDefault="008804F4">
      <w:pPr>
        <w:pStyle w:val="ListBullet"/>
        <w:numPr>
          <w:ilvl w:val="0"/>
          <w:numId w:val="1"/>
        </w:numPr>
        <w:spacing w:after="40"/>
      </w:pPr>
      <w:r>
        <w:rPr>
          <w:rFonts w:ascii="Poppins" w:eastAsia="Poppins" w:hAnsi="Poppins"/>
          <w:sz w:val="20"/>
        </w:rPr>
        <w:t>Ringkasan order operasional dan order siap diambil.</w:t>
      </w:r>
    </w:p>
    <w:p w:rsidR="00AF0BF0" w:rsidRDefault="008804F4">
      <w:pPr>
        <w:pStyle w:val="ListBullet"/>
        <w:numPr>
          <w:ilvl w:val="0"/>
          <w:numId w:val="1"/>
        </w:numPr>
        <w:spacing w:after="40"/>
      </w:pPr>
      <w:r>
        <w:rPr>
          <w:rFonts w:ascii="Poppins" w:eastAsia="Poppins" w:hAnsi="Poppins"/>
          <w:sz w:val="20"/>
        </w:rPr>
        <w:t>Indikator order lama dan jatuh tempo dekat.</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300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tretch>
                      <a:fillRect/>
                    </a:stretch>
                  </pic:blipFill>
                  <pic:spPr bwMode="auto">
                    <a:xfrm>
                      <a:off x="0" y="0"/>
                      <a:ext cx="6263640" cy="300672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2. Dashboard / Ringkasan Kontrol</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4.3 Daftar Order</w:t>
      </w:r>
      <w:r>
        <w:rPr>
          <w:rFonts w:ascii="Poppins" w:eastAsia="Poppins" w:hAnsi="Poppins"/>
        </w:rPr>
        <w:br/>
      </w:r>
    </w:p>
    <w:p w:rsidR="00AF0BF0" w:rsidRDefault="008804F4">
      <w:pPr>
        <w:spacing w:after="80" w:line="259" w:lineRule="auto"/>
      </w:pPr>
      <w:r>
        <w:rPr>
          <w:rFonts w:ascii="Poppins" w:eastAsia="Poppins" w:hAnsi="Poppins"/>
        </w:rPr>
        <w:t>Halaman daftar order memuat seluruh invoice yang masuk. Tersedia filter pencarian, status bayar, status produksi, pengambilan, dan tanggal. Tabel menampilkan invoice, pelanggan, ringkasan item, total, status pembayaran, status produksi, status pengambilan, serta tombol aksi.</w:t>
      </w:r>
      <w:r>
        <w:rPr>
          <w:rFonts w:ascii="Poppins" w:eastAsia="Poppins" w:hAnsi="Poppins"/>
        </w:rPr>
        <w:br/>
        <w:t>|</w:t>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Daftar Order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Daftar Order,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Filter pencarian dan status.</w:t>
      </w:r>
    </w:p>
    <w:p w:rsidR="00AF0BF0" w:rsidRDefault="008804F4">
      <w:pPr>
        <w:pStyle w:val="ListBullet"/>
        <w:numPr>
          <w:ilvl w:val="0"/>
          <w:numId w:val="1"/>
        </w:numPr>
        <w:spacing w:after="40"/>
      </w:pPr>
      <w:r>
        <w:rPr>
          <w:rFonts w:ascii="Poppins" w:eastAsia="Poppins" w:hAnsi="Poppins"/>
          <w:sz w:val="20"/>
        </w:rPr>
        <w:t>Tabel invoice dan pelanggan.</w:t>
      </w:r>
    </w:p>
    <w:p w:rsidR="00AF0BF0" w:rsidRDefault="008804F4">
      <w:pPr>
        <w:pStyle w:val="ListBullet"/>
        <w:numPr>
          <w:ilvl w:val="0"/>
          <w:numId w:val="1"/>
        </w:numPr>
        <w:spacing w:after="40"/>
      </w:pPr>
      <w:r>
        <w:rPr>
          <w:rFonts w:ascii="Poppins" w:eastAsia="Poppins" w:hAnsi="Poppins"/>
          <w:sz w:val="20"/>
        </w:rPr>
        <w:t>Ringkasan item dan total transaksi.</w:t>
      </w:r>
    </w:p>
    <w:p w:rsidR="00AF0BF0" w:rsidRDefault="008804F4">
      <w:pPr>
        <w:pStyle w:val="ListBullet"/>
        <w:numPr>
          <w:ilvl w:val="0"/>
          <w:numId w:val="1"/>
        </w:numPr>
        <w:spacing w:after="40"/>
      </w:pPr>
      <w:r>
        <w:rPr>
          <w:rFonts w:ascii="Poppins" w:eastAsia="Poppins" w:hAnsi="Poppins"/>
          <w:sz w:val="20"/>
        </w:rPr>
        <w:t>Status bayar, produksi, pengambilan, dan tombol aksi.</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06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6263640" cy="280606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3. Daftar Order</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4.4 Buat Order Baru</w:t>
      </w:r>
      <w:r>
        <w:rPr>
          <w:rFonts w:ascii="Poppins" w:eastAsia="Poppins" w:hAnsi="Poppins"/>
        </w:rPr>
        <w:br/>
      </w:r>
    </w:p>
    <w:p w:rsidR="00AF0BF0" w:rsidRDefault="008804F4">
      <w:pPr>
        <w:spacing w:after="80" w:line="259" w:lineRule="auto"/>
      </w:pPr>
      <w:r>
        <w:rPr>
          <w:rFonts w:ascii="Poppins" w:eastAsia="Poppins" w:hAnsi="Poppins"/>
        </w:rPr>
        <w:t>Form buat order baru digunakan untuk membuat transaksi order percetakan. Pengguna memilih pelanggan, menambahkan catatan, menentukan status piutang, lalu mengisi item order seperti produk, bahan, nama file, unit, ukuran, nilai, qty, sisi, harga, subtotal, dan catatan finishing.</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Buat Order Baru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Buat Order Baru,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Form pelanggan dan catatan order.</w:t>
      </w:r>
    </w:p>
    <w:p w:rsidR="00AF0BF0" w:rsidRDefault="008804F4">
      <w:pPr>
        <w:pStyle w:val="ListBullet"/>
        <w:numPr>
          <w:ilvl w:val="0"/>
          <w:numId w:val="1"/>
        </w:numPr>
        <w:spacing w:after="40"/>
      </w:pPr>
      <w:r>
        <w:rPr>
          <w:rFonts w:ascii="Poppins" w:eastAsia="Poppins" w:hAnsi="Poppins"/>
          <w:sz w:val="20"/>
        </w:rPr>
        <w:t>Checklist piutang.</w:t>
      </w:r>
    </w:p>
    <w:p w:rsidR="00AF0BF0" w:rsidRDefault="008804F4">
      <w:pPr>
        <w:pStyle w:val="ListBullet"/>
        <w:numPr>
          <w:ilvl w:val="0"/>
          <w:numId w:val="1"/>
        </w:numPr>
        <w:spacing w:after="40"/>
      </w:pPr>
      <w:r>
        <w:rPr>
          <w:rFonts w:ascii="Poppins" w:eastAsia="Poppins" w:hAnsi="Poppins"/>
          <w:sz w:val="20"/>
        </w:rPr>
        <w:t>Input item order secara detail.</w:t>
      </w:r>
    </w:p>
    <w:p w:rsidR="00AF0BF0" w:rsidRDefault="008804F4">
      <w:pPr>
        <w:pStyle w:val="ListBullet"/>
        <w:numPr>
          <w:ilvl w:val="0"/>
          <w:numId w:val="1"/>
        </w:numPr>
        <w:spacing w:after="40"/>
      </w:pPr>
      <w:r>
        <w:rPr>
          <w:rFonts w:ascii="Poppins" w:eastAsia="Poppins" w:hAnsi="Poppins"/>
          <w:sz w:val="20"/>
        </w:rPr>
        <w:t>Perhitungan subtotal dan grand total.</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3018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stretch>
                      <a:fillRect/>
                    </a:stretch>
                  </pic:blipFill>
                  <pic:spPr bwMode="auto">
                    <a:xfrm>
                      <a:off x="0" y="0"/>
                      <a:ext cx="6263640" cy="301815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4. Buat Order Baru</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4.5 Tagihan Belum Dibayar</w:t>
      </w:r>
      <w:r>
        <w:rPr>
          <w:rFonts w:ascii="Poppins" w:eastAsia="Poppins" w:hAnsi="Poppins"/>
        </w:rPr>
        <w:br/>
      </w:r>
    </w:p>
    <w:p w:rsidR="00AF0BF0" w:rsidRDefault="008804F4">
      <w:pPr>
        <w:spacing w:after="80" w:line="259" w:lineRule="auto"/>
      </w:pPr>
      <w:r>
        <w:rPr>
          <w:rFonts w:ascii="Poppins" w:eastAsia="Poppins" w:hAnsi="Poppins"/>
        </w:rPr>
        <w:t>Modul kasir bagian tagihan menampilkan invoice yang belum dibayar. Pengguna dapat mencari invoice atau nama pelanggan, melihat item dan total tagihan, kemudian memproses pembayaran melalui tombol Bayar.</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Tagihan Belum Dibayar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Tagihan Belum Dibayar,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Pencarian invoice atau pelanggan.</w:t>
      </w:r>
    </w:p>
    <w:p w:rsidR="00AF0BF0" w:rsidRDefault="008804F4">
      <w:pPr>
        <w:pStyle w:val="ListBullet"/>
        <w:numPr>
          <w:ilvl w:val="0"/>
          <w:numId w:val="1"/>
        </w:numPr>
        <w:spacing w:after="40"/>
      </w:pPr>
      <w:r>
        <w:rPr>
          <w:rFonts w:ascii="Poppins" w:eastAsia="Poppins" w:hAnsi="Poppins"/>
          <w:sz w:val="20"/>
        </w:rPr>
        <w:t>Data total tagihan/piutang.</w:t>
      </w:r>
    </w:p>
    <w:p w:rsidR="00AF0BF0" w:rsidRDefault="008804F4">
      <w:pPr>
        <w:pStyle w:val="ListBullet"/>
        <w:numPr>
          <w:ilvl w:val="0"/>
          <w:numId w:val="1"/>
        </w:numPr>
        <w:spacing w:after="40"/>
      </w:pPr>
      <w:r>
        <w:rPr>
          <w:rFonts w:ascii="Poppins" w:eastAsia="Poppins" w:hAnsi="Poppins"/>
          <w:sz w:val="20"/>
        </w:rPr>
        <w:t>Status pembayaran dan umur tagihan.</w:t>
      </w:r>
    </w:p>
    <w:p w:rsidR="00AF0BF0" w:rsidRDefault="008804F4">
      <w:pPr>
        <w:pStyle w:val="ListBullet"/>
        <w:numPr>
          <w:ilvl w:val="0"/>
          <w:numId w:val="1"/>
        </w:numPr>
        <w:spacing w:after="40"/>
      </w:pPr>
      <w:r>
        <w:rPr>
          <w:rFonts w:ascii="Poppins" w:eastAsia="Poppins" w:hAnsi="Poppins"/>
          <w:sz w:val="20"/>
        </w:rPr>
        <w:t>Aksi bayar, kelola, nota, faktur, atau detail.</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969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stretch>
                      <a:fillRect/>
                    </a:stretch>
                  </pic:blipFill>
                  <pic:spPr bwMode="auto">
                    <a:xfrm>
                      <a:off x="0" y="0"/>
                      <a:ext cx="6263640" cy="296989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5. Tagihan Belum Dibayar</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4.6 Pelunasan</w:t>
      </w:r>
      <w:r>
        <w:rPr>
          <w:rFonts w:ascii="Poppins" w:eastAsia="Poppins" w:hAnsi="Poppins"/>
        </w:rPr>
        <w:br/>
      </w:r>
    </w:p>
    <w:p w:rsidR="00AF0BF0" w:rsidRDefault="008804F4">
      <w:pPr>
        <w:spacing w:after="80" w:line="259" w:lineRule="auto"/>
      </w:pPr>
      <w:r>
        <w:rPr>
          <w:rFonts w:ascii="Poppins" w:eastAsia="Poppins" w:hAnsi="Poppins"/>
        </w:rPr>
        <w:t>Halaman pelunasan membantu kasir melunasi tagihan satuan maupun beberapa order sekaligus. Tersedia informasi total order belum lunas, total piutang, daftar tagihan aktif, riwayat pelunasan, dan pemisahan antara piutang serta non-piutang.</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Pelunasan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Pelunasan,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Pencarian invoice atau pelanggan.</w:t>
      </w:r>
    </w:p>
    <w:p w:rsidR="00AF0BF0" w:rsidRDefault="008804F4">
      <w:pPr>
        <w:pStyle w:val="ListBullet"/>
        <w:numPr>
          <w:ilvl w:val="0"/>
          <w:numId w:val="1"/>
        </w:numPr>
        <w:spacing w:after="40"/>
      </w:pPr>
      <w:r>
        <w:rPr>
          <w:rFonts w:ascii="Poppins" w:eastAsia="Poppins" w:hAnsi="Poppins"/>
          <w:sz w:val="20"/>
        </w:rPr>
        <w:t>Data total tagihan/piutang.</w:t>
      </w:r>
    </w:p>
    <w:p w:rsidR="00AF0BF0" w:rsidRDefault="008804F4">
      <w:pPr>
        <w:pStyle w:val="ListBullet"/>
        <w:numPr>
          <w:ilvl w:val="0"/>
          <w:numId w:val="1"/>
        </w:numPr>
        <w:spacing w:after="40"/>
      </w:pPr>
      <w:r>
        <w:rPr>
          <w:rFonts w:ascii="Poppins" w:eastAsia="Poppins" w:hAnsi="Poppins"/>
          <w:sz w:val="20"/>
        </w:rPr>
        <w:t>Status pembayaran dan umur tagihan.</w:t>
      </w:r>
    </w:p>
    <w:p w:rsidR="00AF0BF0" w:rsidRDefault="008804F4">
      <w:pPr>
        <w:pStyle w:val="ListBullet"/>
        <w:numPr>
          <w:ilvl w:val="0"/>
          <w:numId w:val="1"/>
        </w:numPr>
        <w:spacing w:after="40"/>
      </w:pPr>
      <w:r>
        <w:rPr>
          <w:rFonts w:ascii="Poppins" w:eastAsia="Poppins" w:hAnsi="Poppins"/>
          <w:sz w:val="20"/>
        </w:rPr>
        <w:t>Aksi bayar, kelola, nota, faktur, atau detail.</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16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a:stretch>
                      <a:fillRect/>
                    </a:stretch>
                  </pic:blipFill>
                  <pic:spPr bwMode="auto">
                    <a:xfrm>
                      <a:off x="0" y="0"/>
                      <a:ext cx="6263640" cy="281686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6. Pelunasan</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4.7 Riwayat Pembayaran</w:t>
      </w:r>
      <w:r>
        <w:rPr>
          <w:rFonts w:ascii="Poppins" w:eastAsia="Poppins" w:hAnsi="Poppins"/>
        </w:rPr>
        <w:br/>
      </w:r>
    </w:p>
    <w:p w:rsidR="00AF0BF0" w:rsidRDefault="008804F4">
      <w:pPr>
        <w:spacing w:after="80" w:line="259" w:lineRule="auto"/>
      </w:pPr>
      <w:r>
        <w:rPr>
          <w:rFonts w:ascii="Poppins" w:eastAsia="Poppins" w:hAnsi="Poppins"/>
        </w:rPr>
        <w:t>Riwayat pembayaran menyimpan daftar transaksi yang sudah dibayar. Halaman ini memuat invoice, pelanggan, total, nama kasir, waktu bayar, serta tombol kelola, cetak nota, dan cetak faktur.</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Riwayat Pembayaran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Riwayat Pembayaran,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Pencarian invoice atau pelanggan.</w:t>
      </w:r>
    </w:p>
    <w:p w:rsidR="00AF0BF0" w:rsidRDefault="008804F4">
      <w:pPr>
        <w:pStyle w:val="ListBullet"/>
        <w:numPr>
          <w:ilvl w:val="0"/>
          <w:numId w:val="1"/>
        </w:numPr>
        <w:spacing w:after="40"/>
      </w:pPr>
      <w:r>
        <w:rPr>
          <w:rFonts w:ascii="Poppins" w:eastAsia="Poppins" w:hAnsi="Poppins"/>
          <w:sz w:val="20"/>
        </w:rPr>
        <w:t>Data total tagihan/piutang.</w:t>
      </w:r>
    </w:p>
    <w:p w:rsidR="00AF0BF0" w:rsidRDefault="008804F4">
      <w:pPr>
        <w:pStyle w:val="ListBullet"/>
        <w:numPr>
          <w:ilvl w:val="0"/>
          <w:numId w:val="1"/>
        </w:numPr>
        <w:spacing w:after="40"/>
      </w:pPr>
      <w:r>
        <w:rPr>
          <w:rFonts w:ascii="Poppins" w:eastAsia="Poppins" w:hAnsi="Poppins"/>
          <w:sz w:val="20"/>
        </w:rPr>
        <w:t>Status pembayaran dan umur tagihan.</w:t>
      </w:r>
    </w:p>
    <w:p w:rsidR="00AF0BF0" w:rsidRDefault="008804F4">
      <w:pPr>
        <w:pStyle w:val="ListBullet"/>
        <w:numPr>
          <w:ilvl w:val="0"/>
          <w:numId w:val="1"/>
        </w:numPr>
        <w:spacing w:after="40"/>
      </w:pPr>
      <w:r>
        <w:rPr>
          <w:rFonts w:ascii="Poppins" w:eastAsia="Poppins" w:hAnsi="Poppins"/>
          <w:sz w:val="20"/>
        </w:rPr>
        <w:t>Aksi bayar, kelola, nota, faktur, atau detail.</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29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stretch>
                      <a:fillRect/>
                    </a:stretch>
                  </pic:blipFill>
                  <pic:spPr bwMode="auto">
                    <a:xfrm>
                      <a:off x="0" y="0"/>
                      <a:ext cx="6263640" cy="282956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7. Riwayat Pembayaran</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4.8 Pricelist</w:t>
      </w:r>
      <w:r>
        <w:rPr>
          <w:rFonts w:ascii="Poppins" w:eastAsia="Poppins" w:hAnsi="Poppins"/>
        </w:rPr>
        <w:br/>
      </w:r>
    </w:p>
    <w:p w:rsidR="00AF0BF0" w:rsidRDefault="008804F4">
      <w:pPr>
        <w:spacing w:after="80" w:line="259" w:lineRule="auto"/>
      </w:pPr>
      <w:r>
        <w:rPr>
          <w:rFonts w:ascii="Poppins" w:eastAsia="Poppins" w:hAnsi="Poppins"/>
        </w:rPr>
        <w:t>Halaman pricelist menampilkan daftar harga bahan percetakan berdasarkan nama bahan, kategori, sisi, rentang qty, harga umum, harga percetakan, dan status aktif. Fitur filter membantu pengguna mencari bahan atau kategori dengan cepat.</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Pricelist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Pricelist,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Filter nama bahan, kategori, dan status.</w:t>
      </w:r>
    </w:p>
    <w:p w:rsidR="00AF0BF0" w:rsidRDefault="008804F4">
      <w:pPr>
        <w:pStyle w:val="ListBullet"/>
        <w:numPr>
          <w:ilvl w:val="0"/>
          <w:numId w:val="1"/>
        </w:numPr>
        <w:spacing w:after="40"/>
      </w:pPr>
      <w:r>
        <w:rPr>
          <w:rFonts w:ascii="Poppins" w:eastAsia="Poppins" w:hAnsi="Poppins"/>
          <w:sz w:val="20"/>
        </w:rPr>
        <w:t>Tabel harga berdasarkan sisi dan qty.</w:t>
      </w:r>
    </w:p>
    <w:p w:rsidR="00AF0BF0" w:rsidRDefault="008804F4">
      <w:pPr>
        <w:pStyle w:val="ListBullet"/>
        <w:numPr>
          <w:ilvl w:val="0"/>
          <w:numId w:val="1"/>
        </w:numPr>
        <w:spacing w:after="40"/>
      </w:pPr>
      <w:r>
        <w:rPr>
          <w:rFonts w:ascii="Poppins" w:eastAsia="Poppins" w:hAnsi="Poppins"/>
          <w:sz w:val="20"/>
        </w:rPr>
        <w:t>Harga umum dan harga percetakan.</w:t>
      </w:r>
    </w:p>
    <w:p w:rsidR="00AF0BF0" w:rsidRDefault="008804F4">
      <w:pPr>
        <w:pStyle w:val="ListBullet"/>
        <w:numPr>
          <w:ilvl w:val="0"/>
          <w:numId w:val="1"/>
        </w:numPr>
        <w:spacing w:after="40"/>
      </w:pPr>
      <w:r>
        <w:rPr>
          <w:rFonts w:ascii="Poppins" w:eastAsia="Poppins" w:hAnsi="Poppins"/>
          <w:sz w:val="20"/>
        </w:rPr>
        <w:t>Status aktif bahan/harga.</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3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a:stretch>
                      <a:fillRect/>
                    </a:stretch>
                  </pic:blipFill>
                  <pic:spPr bwMode="auto">
                    <a:xfrm>
                      <a:off x="0" y="0"/>
                      <a:ext cx="6263640" cy="283527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8. Pricelist</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4.9 Produksi / Antrian Cetak</w:t>
      </w:r>
      <w:r>
        <w:rPr>
          <w:rFonts w:ascii="Poppins" w:eastAsia="Poppins" w:hAnsi="Poppins"/>
        </w:rPr>
        <w:br/>
      </w:r>
    </w:p>
    <w:p w:rsidR="00AF0BF0" w:rsidRDefault="008804F4">
      <w:pPr>
        <w:spacing w:after="80" w:line="259" w:lineRule="auto"/>
      </w:pPr>
      <w:r>
        <w:rPr>
          <w:rFonts w:ascii="Poppins" w:eastAsia="Poppins" w:hAnsi="Poppins"/>
        </w:rPr>
        <w:t>Modul produksi menampilkan alur kerja berbasis status item. Terdapat kolom antrian untuk item siap dikerjakan dan kolom proses cetak untuk item yang sedang dicetak. Operator dapat memulai cetak, memindahkan ke finishing, atau mengembalikan ke antrian.</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Produksi / Antrian Cetak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Produksi / Antrian Cetak,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Daftar item produksi berdasarkan invoice.</w:t>
      </w:r>
    </w:p>
    <w:p w:rsidR="00AF0BF0" w:rsidRDefault="008804F4">
      <w:pPr>
        <w:pStyle w:val="ListBullet"/>
        <w:numPr>
          <w:ilvl w:val="0"/>
          <w:numId w:val="1"/>
        </w:numPr>
        <w:spacing w:after="40"/>
      </w:pPr>
      <w:r>
        <w:rPr>
          <w:rFonts w:ascii="Poppins" w:eastAsia="Poppins" w:hAnsi="Poppins"/>
          <w:sz w:val="20"/>
        </w:rPr>
        <w:t>Status antrian, proses cetak, finishing, dan pengambilan.</w:t>
      </w:r>
    </w:p>
    <w:p w:rsidR="00AF0BF0" w:rsidRDefault="008804F4">
      <w:pPr>
        <w:pStyle w:val="ListBullet"/>
        <w:numPr>
          <w:ilvl w:val="0"/>
          <w:numId w:val="1"/>
        </w:numPr>
        <w:spacing w:after="40"/>
      </w:pPr>
      <w:r>
        <w:rPr>
          <w:rFonts w:ascii="Poppins" w:eastAsia="Poppins" w:hAnsi="Poppins"/>
          <w:sz w:val="20"/>
        </w:rPr>
        <w:t>Informasi operator dan waktu pekerjaan.</w:t>
      </w:r>
    </w:p>
    <w:p w:rsidR="00AF0BF0" w:rsidRDefault="008804F4">
      <w:pPr>
        <w:pStyle w:val="ListBullet"/>
        <w:numPr>
          <w:ilvl w:val="0"/>
          <w:numId w:val="1"/>
        </w:numPr>
        <w:spacing w:after="40"/>
      </w:pPr>
      <w:r>
        <w:rPr>
          <w:rFonts w:ascii="Poppins" w:eastAsia="Poppins" w:hAnsi="Poppins"/>
          <w:sz w:val="20"/>
        </w:rPr>
        <w:t>Tombol perubahan status produksi.</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3006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stretch>
                      <a:fillRect/>
                    </a:stretch>
                  </pic:blipFill>
                  <pic:spPr bwMode="auto">
                    <a:xfrm>
                      <a:off x="0" y="0"/>
                      <a:ext cx="6263640" cy="300609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9. Produksi / Antrian Cetak</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4.10 Riwayat Produksi</w:t>
      </w:r>
      <w:r>
        <w:rPr>
          <w:rFonts w:ascii="Poppins" w:eastAsia="Poppins" w:hAnsi="Poppins"/>
        </w:rPr>
        <w:br/>
      </w:r>
    </w:p>
    <w:p w:rsidR="00AF0BF0" w:rsidRDefault="008804F4">
      <w:pPr>
        <w:spacing w:after="80" w:line="259" w:lineRule="auto"/>
      </w:pPr>
      <w:r>
        <w:rPr>
          <w:rFonts w:ascii="Poppins" w:eastAsia="Poppins" w:hAnsi="Poppins"/>
        </w:rPr>
        <w:t>Riwayat produksi merekam aktivitas produksi berdasarkan invoice, file, pelanggan, designer, operator mesin, operator finishing, status pembayaran, status pengambilan, waktu, durasi, dan aksi detail.</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Riwayat Produksi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Riwayat Produksi,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Daftar item produksi berdasarkan invoice.</w:t>
      </w:r>
    </w:p>
    <w:p w:rsidR="00AF0BF0" w:rsidRDefault="008804F4">
      <w:pPr>
        <w:pStyle w:val="ListBullet"/>
        <w:numPr>
          <w:ilvl w:val="0"/>
          <w:numId w:val="1"/>
        </w:numPr>
        <w:spacing w:after="40"/>
      </w:pPr>
      <w:r>
        <w:rPr>
          <w:rFonts w:ascii="Poppins" w:eastAsia="Poppins" w:hAnsi="Poppins"/>
          <w:sz w:val="20"/>
        </w:rPr>
        <w:t>Status antrian, proses cetak, finishing, dan pengambilan.</w:t>
      </w:r>
    </w:p>
    <w:p w:rsidR="00AF0BF0" w:rsidRDefault="008804F4">
      <w:pPr>
        <w:pStyle w:val="ListBullet"/>
        <w:numPr>
          <w:ilvl w:val="0"/>
          <w:numId w:val="1"/>
        </w:numPr>
        <w:spacing w:after="40"/>
      </w:pPr>
      <w:r>
        <w:rPr>
          <w:rFonts w:ascii="Poppins" w:eastAsia="Poppins" w:hAnsi="Poppins"/>
          <w:sz w:val="20"/>
        </w:rPr>
        <w:t>Informasi operator dan waktu pekerjaan.</w:t>
      </w:r>
    </w:p>
    <w:p w:rsidR="00AF0BF0" w:rsidRDefault="008804F4">
      <w:pPr>
        <w:pStyle w:val="ListBullet"/>
        <w:numPr>
          <w:ilvl w:val="0"/>
          <w:numId w:val="1"/>
        </w:numPr>
        <w:spacing w:after="40"/>
      </w:pPr>
      <w:r>
        <w:rPr>
          <w:rFonts w:ascii="Poppins" w:eastAsia="Poppins" w:hAnsi="Poppins"/>
          <w:sz w:val="20"/>
        </w:rPr>
        <w:t>Tombol perubahan status produksi.</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20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a:stretch>
                      <a:fillRect/>
                    </a:stretch>
                  </pic:blipFill>
                  <pic:spPr bwMode="auto">
                    <a:xfrm>
                      <a:off x="0" y="0"/>
                      <a:ext cx="6263640" cy="282067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10. Riwayat Produksi</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4.11 Approval Pembatalan</w:t>
      </w:r>
      <w:r>
        <w:rPr>
          <w:rFonts w:ascii="Poppins" w:eastAsia="Poppins" w:hAnsi="Poppins"/>
        </w:rPr>
        <w:br/>
      </w:r>
    </w:p>
    <w:p w:rsidR="00AF0BF0" w:rsidRDefault="008804F4">
      <w:pPr>
        <w:spacing w:after="80" w:line="259" w:lineRule="auto"/>
      </w:pPr>
      <w:r>
        <w:rPr>
          <w:rFonts w:ascii="Poppins" w:eastAsia="Poppins" w:hAnsi="Poppins"/>
        </w:rPr>
        <w:t>Modul pembatalan digunakan untuk mengelola permintaan pembatalan order atau item. Pengguna dapat mencari invoice/nama customer dan memfilter status permintaan, misalnya menunggu approval.</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Approval Pembatalan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Approval Pembatalan,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Pencarian invoice/customer.</w:t>
      </w:r>
    </w:p>
    <w:p w:rsidR="00AF0BF0" w:rsidRDefault="008804F4">
      <w:pPr>
        <w:pStyle w:val="ListBullet"/>
        <w:numPr>
          <w:ilvl w:val="0"/>
          <w:numId w:val="1"/>
        </w:numPr>
        <w:spacing w:after="40"/>
      </w:pPr>
      <w:r>
        <w:rPr>
          <w:rFonts w:ascii="Poppins" w:eastAsia="Poppins" w:hAnsi="Poppins"/>
          <w:sz w:val="20"/>
        </w:rPr>
        <w:t>Filter status pembatalan.</w:t>
      </w:r>
    </w:p>
    <w:p w:rsidR="00AF0BF0" w:rsidRDefault="008804F4">
      <w:pPr>
        <w:pStyle w:val="ListBullet"/>
        <w:numPr>
          <w:ilvl w:val="0"/>
          <w:numId w:val="1"/>
        </w:numPr>
        <w:spacing w:after="40"/>
      </w:pPr>
      <w:r>
        <w:rPr>
          <w:rFonts w:ascii="Poppins" w:eastAsia="Poppins" w:hAnsi="Poppins"/>
          <w:sz w:val="20"/>
        </w:rPr>
        <w:t>Tabel request pembatalan.</w:t>
      </w:r>
    </w:p>
    <w:p w:rsidR="00AF0BF0" w:rsidRDefault="008804F4">
      <w:pPr>
        <w:pStyle w:val="ListBullet"/>
        <w:numPr>
          <w:ilvl w:val="0"/>
          <w:numId w:val="1"/>
        </w:numPr>
        <w:spacing w:after="40"/>
      </w:pPr>
      <w:r>
        <w:rPr>
          <w:rFonts w:ascii="Poppins" w:eastAsia="Poppins" w:hAnsi="Poppins"/>
          <w:sz w:val="20"/>
        </w:rPr>
        <w:t>Kolom alasan, pengaju, waktu, dan status.</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1858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9"/>
                    <a:stretch>
                      <a:fillRect/>
                    </a:stretch>
                  </pic:blipFill>
                  <pic:spPr bwMode="auto">
                    <a:xfrm>
                      <a:off x="0" y="0"/>
                      <a:ext cx="6263640" cy="185864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11. Approval Pembatalan</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4.12 Absensi Karyawan</w:t>
      </w:r>
      <w:r>
        <w:rPr>
          <w:rFonts w:ascii="Poppins" w:eastAsia="Poppins" w:hAnsi="Poppins"/>
        </w:rPr>
        <w:br/>
      </w:r>
    </w:p>
    <w:p w:rsidR="00AF0BF0" w:rsidRDefault="008804F4">
      <w:pPr>
        <w:spacing w:after="80" w:line="259" w:lineRule="auto"/>
      </w:pPr>
      <w:r>
        <w:rPr>
          <w:rFonts w:ascii="Poppins" w:eastAsia="Poppins" w:hAnsi="Poppins"/>
        </w:rPr>
        <w:t>Modul absensi menampilkan proses absen masuk dan pulang karyawan. Sistem juga menyimpan riwayat absensi manual, jam masuk, jam pulang, keterlambatan, dan status pulang cepat.|</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Absensi Karyawan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Absensi Karyawan,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Informasi jadwal masuk dan pulang.</w:t>
      </w:r>
    </w:p>
    <w:p w:rsidR="00AF0BF0" w:rsidRDefault="008804F4">
      <w:pPr>
        <w:pStyle w:val="ListBullet"/>
        <w:numPr>
          <w:ilvl w:val="0"/>
          <w:numId w:val="1"/>
        </w:numPr>
        <w:spacing w:after="40"/>
      </w:pPr>
      <w:r>
        <w:rPr>
          <w:rFonts w:ascii="Poppins" w:eastAsia="Poppins" w:hAnsi="Poppins"/>
          <w:sz w:val="20"/>
        </w:rPr>
        <w:t>Tombol absen masuk/pulang.</w:t>
      </w:r>
    </w:p>
    <w:p w:rsidR="00AF0BF0" w:rsidRDefault="008804F4">
      <w:pPr>
        <w:pStyle w:val="ListBullet"/>
        <w:numPr>
          <w:ilvl w:val="0"/>
          <w:numId w:val="1"/>
        </w:numPr>
        <w:spacing w:after="40"/>
      </w:pPr>
      <w:r>
        <w:rPr>
          <w:rFonts w:ascii="Poppins" w:eastAsia="Poppins" w:hAnsi="Poppins"/>
          <w:sz w:val="20"/>
        </w:rPr>
        <w:t>Riwayat absensi manual.</w:t>
      </w:r>
    </w:p>
    <w:p w:rsidR="00AF0BF0" w:rsidRDefault="008804F4">
      <w:pPr>
        <w:pStyle w:val="ListBullet"/>
        <w:numPr>
          <w:ilvl w:val="0"/>
          <w:numId w:val="1"/>
        </w:numPr>
        <w:spacing w:after="40"/>
      </w:pPr>
      <w:r>
        <w:rPr>
          <w:rFonts w:ascii="Poppins" w:eastAsia="Poppins" w:hAnsi="Poppins"/>
          <w:sz w:val="20"/>
        </w:rPr>
        <w:t>Kolom keterlambatan dan pulang cepat.</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89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a:stretch>
                      <a:fillRect/>
                    </a:stretch>
                  </pic:blipFill>
                  <pic:spPr bwMode="auto">
                    <a:xfrm>
                      <a:off x="0" y="0"/>
                      <a:ext cx="6263640" cy="278955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12. Absensi Karyawan</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4.13 Laporan Keuangan</w:t>
      </w:r>
      <w:r>
        <w:rPr>
          <w:rFonts w:ascii="Poppins" w:eastAsia="Poppins" w:hAnsi="Poppins"/>
        </w:rPr>
        <w:br/>
      </w:r>
    </w:p>
    <w:p w:rsidR="00AF0BF0" w:rsidRDefault="008804F4">
      <w:pPr>
        <w:spacing w:after="80" w:line="259" w:lineRule="auto"/>
      </w:pPr>
      <w:r>
        <w:rPr>
          <w:rFonts w:ascii="Poppins" w:eastAsia="Poppins" w:hAnsi="Poppins"/>
        </w:rPr>
        <w:t>Laporan keuangan merangkum total order, total pendapatan, total qty, dan detail transaksi berdasarkan rentang tanggal. Data transaksi menampilkan tanggal bayar, invoice, pelanggan, item, dan total.</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Laporan Keuangan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Laporan Keuangan,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Ringkasan angka utama.</w:t>
      </w:r>
    </w:p>
    <w:p w:rsidR="00AF0BF0" w:rsidRDefault="008804F4">
      <w:pPr>
        <w:pStyle w:val="ListBullet"/>
        <w:numPr>
          <w:ilvl w:val="0"/>
          <w:numId w:val="1"/>
        </w:numPr>
        <w:spacing w:after="40"/>
      </w:pPr>
      <w:r>
        <w:rPr>
          <w:rFonts w:ascii="Poppins" w:eastAsia="Poppins" w:hAnsi="Poppins"/>
          <w:sz w:val="20"/>
        </w:rPr>
        <w:t>Filter tanggal atau rekening.</w:t>
      </w:r>
    </w:p>
    <w:p w:rsidR="00AF0BF0" w:rsidRDefault="008804F4">
      <w:pPr>
        <w:pStyle w:val="ListBullet"/>
        <w:numPr>
          <w:ilvl w:val="0"/>
          <w:numId w:val="1"/>
        </w:numPr>
        <w:spacing w:after="40"/>
      </w:pPr>
      <w:r>
        <w:rPr>
          <w:rFonts w:ascii="Poppins" w:eastAsia="Poppins" w:hAnsi="Poppins"/>
          <w:sz w:val="20"/>
        </w:rPr>
        <w:t>Tabel detail transaksi atau akun.</w:t>
      </w:r>
    </w:p>
    <w:p w:rsidR="00AF0BF0" w:rsidRDefault="008804F4">
      <w:pPr>
        <w:pStyle w:val="ListBullet"/>
        <w:numPr>
          <w:ilvl w:val="0"/>
          <w:numId w:val="1"/>
        </w:numPr>
        <w:spacing w:after="40"/>
      </w:pPr>
      <w:r>
        <w:rPr>
          <w:rFonts w:ascii="Poppins" w:eastAsia="Poppins" w:hAnsi="Poppins"/>
          <w:sz w:val="20"/>
        </w:rPr>
        <w:t>Aksi cetak/export/mutasi bila tersedia.</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33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a:stretch>
                      <a:fillRect/>
                    </a:stretch>
                  </pic:blipFill>
                  <pic:spPr bwMode="auto">
                    <a:xfrm>
                      <a:off x="0" y="0"/>
                      <a:ext cx="6263640" cy="273304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13. Laporan Keuangan</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4.14 Laporan Kas</w:t>
      </w:r>
      <w:r>
        <w:rPr>
          <w:rFonts w:ascii="Poppins" w:eastAsia="Poppins" w:hAnsi="Poppins"/>
        </w:rPr>
        <w:br/>
      </w:r>
    </w:p>
    <w:p w:rsidR="00AF0BF0" w:rsidRDefault="008804F4">
      <w:pPr>
        <w:spacing w:after="80" w:line="259" w:lineRule="auto"/>
      </w:pPr>
      <w:r>
        <w:rPr>
          <w:rFonts w:ascii="Poppins" w:eastAsia="Poppins" w:hAnsi="Poppins"/>
        </w:rPr>
        <w:t>Laporan kas menampilkan total kas saat ini, setoran bulan ini, fokus harian, dan fokus bulanan. Saldo dipisahkan ke kas kecil, kas tunai, dan kas bank, lengkap dengan sumber dana atau pengaruh seperti modal, mutasi, pembayaran cash, transfer, dan e-wallet.</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Laporan Kas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Laporan Kas,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Ringkasan angka utama.</w:t>
      </w:r>
    </w:p>
    <w:p w:rsidR="00AF0BF0" w:rsidRDefault="008804F4">
      <w:pPr>
        <w:pStyle w:val="ListBullet"/>
        <w:numPr>
          <w:ilvl w:val="0"/>
          <w:numId w:val="1"/>
        </w:numPr>
        <w:spacing w:after="40"/>
      </w:pPr>
      <w:r>
        <w:rPr>
          <w:rFonts w:ascii="Poppins" w:eastAsia="Poppins" w:hAnsi="Poppins"/>
          <w:sz w:val="20"/>
        </w:rPr>
        <w:t>Filter tanggal atau rekening.</w:t>
      </w:r>
    </w:p>
    <w:p w:rsidR="00AF0BF0" w:rsidRDefault="008804F4">
      <w:pPr>
        <w:pStyle w:val="ListBullet"/>
        <w:numPr>
          <w:ilvl w:val="0"/>
          <w:numId w:val="1"/>
        </w:numPr>
        <w:spacing w:after="40"/>
      </w:pPr>
      <w:r>
        <w:rPr>
          <w:rFonts w:ascii="Poppins" w:eastAsia="Poppins" w:hAnsi="Poppins"/>
          <w:sz w:val="20"/>
        </w:rPr>
        <w:t>Tabel detail transaksi atau akun.</w:t>
      </w:r>
    </w:p>
    <w:p w:rsidR="00AF0BF0" w:rsidRDefault="008804F4">
      <w:pPr>
        <w:pStyle w:val="ListBullet"/>
        <w:numPr>
          <w:ilvl w:val="0"/>
          <w:numId w:val="1"/>
        </w:numPr>
        <w:spacing w:after="40"/>
      </w:pPr>
      <w:r>
        <w:rPr>
          <w:rFonts w:ascii="Poppins" w:eastAsia="Poppins" w:hAnsi="Poppins"/>
          <w:sz w:val="20"/>
        </w:rPr>
        <w:t>Aksi cetak/export/mutasi bila tersedia.</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1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2"/>
                    <a:stretch>
                      <a:fillRect/>
                    </a:stretch>
                  </pic:blipFill>
                  <pic:spPr bwMode="auto">
                    <a:xfrm>
                      <a:off x="0" y="0"/>
                      <a:ext cx="6263640" cy="281940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14. Laporan Kas</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4.15 Data Setoran</w:t>
      </w:r>
      <w:r>
        <w:rPr>
          <w:rFonts w:ascii="Poppins" w:eastAsia="Poppins" w:hAnsi="Poppins"/>
        </w:rPr>
        <w:br/>
      </w:r>
    </w:p>
    <w:p w:rsidR="00AF0BF0" w:rsidRDefault="008804F4">
      <w:pPr>
        <w:spacing w:after="80" w:line="259" w:lineRule="auto"/>
      </w:pPr>
      <w:r>
        <w:rPr>
          <w:rFonts w:ascii="Poppins" w:eastAsia="Poppins" w:hAnsi="Poppins"/>
        </w:rPr>
        <w:t>Data setoran mencatat transaksi setoran keuangan seperti tanggal, jumlah, bank, nomor referensi, catatan, user, dan aksi penghapusan. Halaman ini juga menyediakan tombol tambah setoran.</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Data Setoran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Data Setoran,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Ringkasan angka utama.</w:t>
      </w:r>
    </w:p>
    <w:p w:rsidR="00AF0BF0" w:rsidRDefault="008804F4">
      <w:pPr>
        <w:pStyle w:val="ListBullet"/>
        <w:numPr>
          <w:ilvl w:val="0"/>
          <w:numId w:val="1"/>
        </w:numPr>
        <w:spacing w:after="40"/>
      </w:pPr>
      <w:r>
        <w:rPr>
          <w:rFonts w:ascii="Poppins" w:eastAsia="Poppins" w:hAnsi="Poppins"/>
          <w:sz w:val="20"/>
        </w:rPr>
        <w:t>Filter tanggal atau rekening.</w:t>
      </w:r>
    </w:p>
    <w:p w:rsidR="00AF0BF0" w:rsidRDefault="008804F4">
      <w:pPr>
        <w:pStyle w:val="ListBullet"/>
        <w:numPr>
          <w:ilvl w:val="0"/>
          <w:numId w:val="1"/>
        </w:numPr>
        <w:spacing w:after="40"/>
      </w:pPr>
      <w:r>
        <w:rPr>
          <w:rFonts w:ascii="Poppins" w:eastAsia="Poppins" w:hAnsi="Poppins"/>
          <w:sz w:val="20"/>
        </w:rPr>
        <w:t>Tabel detail transaksi atau akun.</w:t>
      </w:r>
    </w:p>
    <w:p w:rsidR="00AF0BF0" w:rsidRDefault="008804F4">
      <w:pPr>
        <w:pStyle w:val="ListBullet"/>
        <w:numPr>
          <w:ilvl w:val="0"/>
          <w:numId w:val="1"/>
        </w:numPr>
        <w:spacing w:after="40"/>
      </w:pPr>
      <w:r>
        <w:rPr>
          <w:rFonts w:ascii="Poppins" w:eastAsia="Poppins" w:hAnsi="Poppins"/>
          <w:sz w:val="20"/>
        </w:rPr>
        <w:t>Aksi cetak/export/mutasi bila tersedia.</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80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a:stretch>
                      <a:fillRect/>
                    </a:stretch>
                  </pic:blipFill>
                  <pic:spPr bwMode="auto">
                    <a:xfrm>
                      <a:off x="0" y="0"/>
                      <a:ext cx="6263640" cy="278003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15. Data Setoran</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4.16 Jurnal Umum</w:t>
      </w:r>
      <w:r>
        <w:rPr>
          <w:rFonts w:ascii="Poppins" w:eastAsia="Poppins" w:hAnsi="Poppins"/>
        </w:rPr>
        <w:br/>
      </w:r>
    </w:p>
    <w:p w:rsidR="00AF0BF0" w:rsidRDefault="008804F4">
      <w:pPr>
        <w:spacing w:after="80" w:line="259" w:lineRule="auto"/>
      </w:pPr>
      <w:r>
        <w:rPr>
          <w:rFonts w:ascii="Poppins" w:eastAsia="Poppins" w:hAnsi="Poppins"/>
        </w:rPr>
        <w:t>Jurnal umum menampilkan pencatatan akuntansi dengan jumlah baris, jumlah jurnal, total debit, dan total kredit. Data dapat difilter berdasarkan tanggal dan rekening, serta tersedia tombol print dan export Excel.</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Jurnal Umum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Jurnal Umum,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Ringkasan angka utama.</w:t>
      </w:r>
    </w:p>
    <w:p w:rsidR="00AF0BF0" w:rsidRDefault="008804F4">
      <w:pPr>
        <w:pStyle w:val="ListBullet"/>
        <w:numPr>
          <w:ilvl w:val="0"/>
          <w:numId w:val="1"/>
        </w:numPr>
        <w:spacing w:after="40"/>
      </w:pPr>
      <w:r>
        <w:rPr>
          <w:rFonts w:ascii="Poppins" w:eastAsia="Poppins" w:hAnsi="Poppins"/>
          <w:sz w:val="20"/>
        </w:rPr>
        <w:t>Filter tanggal atau rekening.</w:t>
      </w:r>
    </w:p>
    <w:p w:rsidR="00AF0BF0" w:rsidRDefault="008804F4">
      <w:pPr>
        <w:pStyle w:val="ListBullet"/>
        <w:numPr>
          <w:ilvl w:val="0"/>
          <w:numId w:val="1"/>
        </w:numPr>
        <w:spacing w:after="40"/>
      </w:pPr>
      <w:r>
        <w:rPr>
          <w:rFonts w:ascii="Poppins" w:eastAsia="Poppins" w:hAnsi="Poppins"/>
          <w:sz w:val="20"/>
        </w:rPr>
        <w:t>Tabel detail transaksi atau akun.</w:t>
      </w:r>
    </w:p>
    <w:p w:rsidR="00AF0BF0" w:rsidRDefault="008804F4">
      <w:pPr>
        <w:pStyle w:val="ListBullet"/>
        <w:numPr>
          <w:ilvl w:val="0"/>
          <w:numId w:val="1"/>
        </w:numPr>
        <w:spacing w:after="40"/>
      </w:pPr>
      <w:r>
        <w:rPr>
          <w:rFonts w:ascii="Poppins" w:eastAsia="Poppins" w:hAnsi="Poppins"/>
          <w:sz w:val="20"/>
        </w:rPr>
        <w:t>Aksi cetak/export/mutasi bila tersedia.</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3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stretch>
                      <a:fillRect/>
                    </a:stretch>
                  </pic:blipFill>
                  <pic:spPr bwMode="auto">
                    <a:xfrm>
                      <a:off x="0" y="0"/>
                      <a:ext cx="6263640" cy="283845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16. Jurnal Umum</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4.17 Laporan Laba Rugi</w:t>
      </w:r>
      <w:r>
        <w:rPr>
          <w:rFonts w:ascii="Poppins" w:eastAsia="Poppins" w:hAnsi="Poppins"/>
        </w:rPr>
        <w:br/>
      </w:r>
    </w:p>
    <w:p w:rsidR="00AF0BF0" w:rsidRDefault="008804F4">
      <w:pPr>
        <w:spacing w:after="80" w:line="259" w:lineRule="auto"/>
      </w:pPr>
      <w:r>
        <w:rPr>
          <w:rFonts w:ascii="Poppins" w:eastAsia="Poppins" w:hAnsi="Poppins"/>
        </w:rPr>
        <w:t>Laporan laba rugi menyajikan total penjualan, pembelian atau HPP, laba kotor, beban operasional, dan laba bersih pada periode tertentu. Detail perhitungan membantu memahami sumber pembentuk laba.</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Laporan Laba Rugi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Laporan Laba Rugi,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Ringkasan angka utama.</w:t>
      </w:r>
    </w:p>
    <w:p w:rsidR="00AF0BF0" w:rsidRDefault="008804F4">
      <w:pPr>
        <w:pStyle w:val="ListBullet"/>
        <w:numPr>
          <w:ilvl w:val="0"/>
          <w:numId w:val="1"/>
        </w:numPr>
        <w:spacing w:after="40"/>
      </w:pPr>
      <w:r>
        <w:rPr>
          <w:rFonts w:ascii="Poppins" w:eastAsia="Poppins" w:hAnsi="Poppins"/>
          <w:sz w:val="20"/>
        </w:rPr>
        <w:t>Filter tanggal atau rekening.</w:t>
      </w:r>
    </w:p>
    <w:p w:rsidR="00AF0BF0" w:rsidRDefault="008804F4">
      <w:pPr>
        <w:pStyle w:val="ListBullet"/>
        <w:numPr>
          <w:ilvl w:val="0"/>
          <w:numId w:val="1"/>
        </w:numPr>
        <w:spacing w:after="40"/>
      </w:pPr>
      <w:r>
        <w:rPr>
          <w:rFonts w:ascii="Poppins" w:eastAsia="Poppins" w:hAnsi="Poppins"/>
          <w:sz w:val="20"/>
        </w:rPr>
        <w:t>Tabel detail transaksi atau akun.</w:t>
      </w:r>
    </w:p>
    <w:p w:rsidR="00AF0BF0" w:rsidRDefault="008804F4">
      <w:pPr>
        <w:pStyle w:val="ListBullet"/>
        <w:numPr>
          <w:ilvl w:val="0"/>
          <w:numId w:val="1"/>
        </w:numPr>
        <w:spacing w:after="40"/>
      </w:pPr>
      <w:r>
        <w:rPr>
          <w:rFonts w:ascii="Poppins" w:eastAsia="Poppins" w:hAnsi="Poppins"/>
          <w:sz w:val="20"/>
        </w:rPr>
        <w:t>Aksi cetak/export/mutasi bila tersedia.</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09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5"/>
                    <a:stretch>
                      <a:fillRect/>
                    </a:stretch>
                  </pic:blipFill>
                  <pic:spPr bwMode="auto">
                    <a:xfrm>
                      <a:off x="0" y="0"/>
                      <a:ext cx="6263640" cy="280987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17. Laporan Laba Rugi</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4.18 Neraca</w:t>
      </w:r>
      <w:r>
        <w:rPr>
          <w:rFonts w:ascii="Poppins" w:eastAsia="Poppins" w:hAnsi="Poppins"/>
        </w:rPr>
        <w:br/>
      </w:r>
    </w:p>
    <w:p w:rsidR="00AF0BF0" w:rsidRDefault="008804F4">
      <w:pPr>
        <w:spacing w:after="80" w:line="259" w:lineRule="auto"/>
      </w:pPr>
      <w:r>
        <w:rPr>
          <w:rFonts w:ascii="Poppins" w:eastAsia="Poppins" w:hAnsi="Poppins"/>
        </w:rPr>
        <w:t>Neraca menunjukkan posisi aset, kewajiban, dan ekuitas pada tanggal tertentu. Aset lancar mencakup kas kecil, kas tunai, kas bank, piutang usaha, persediaan, dan aset lancar lainnya. Kewajiban memuat hutang usaha, utang gaji, dan utang lain-lain.</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Neraca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Neraca,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Ringkasan angka utama.</w:t>
      </w:r>
    </w:p>
    <w:p w:rsidR="00AF0BF0" w:rsidRDefault="008804F4">
      <w:pPr>
        <w:pStyle w:val="ListBullet"/>
        <w:numPr>
          <w:ilvl w:val="0"/>
          <w:numId w:val="1"/>
        </w:numPr>
        <w:spacing w:after="40"/>
      </w:pPr>
      <w:r>
        <w:rPr>
          <w:rFonts w:ascii="Poppins" w:eastAsia="Poppins" w:hAnsi="Poppins"/>
          <w:sz w:val="20"/>
        </w:rPr>
        <w:t>Filter tanggal atau rekening.</w:t>
      </w:r>
    </w:p>
    <w:p w:rsidR="00AF0BF0" w:rsidRDefault="008804F4">
      <w:pPr>
        <w:pStyle w:val="ListBullet"/>
        <w:numPr>
          <w:ilvl w:val="0"/>
          <w:numId w:val="1"/>
        </w:numPr>
        <w:spacing w:after="40"/>
      </w:pPr>
      <w:r>
        <w:rPr>
          <w:rFonts w:ascii="Poppins" w:eastAsia="Poppins" w:hAnsi="Poppins"/>
          <w:sz w:val="20"/>
        </w:rPr>
        <w:t>Tabel detail transaksi atau akun.</w:t>
      </w:r>
    </w:p>
    <w:p w:rsidR="00AF0BF0" w:rsidRDefault="008804F4">
      <w:pPr>
        <w:pStyle w:val="ListBullet"/>
        <w:numPr>
          <w:ilvl w:val="0"/>
          <w:numId w:val="1"/>
        </w:numPr>
        <w:spacing w:after="40"/>
      </w:pPr>
      <w:r>
        <w:rPr>
          <w:rFonts w:ascii="Poppins" w:eastAsia="Poppins" w:hAnsi="Poppins"/>
          <w:sz w:val="20"/>
        </w:rPr>
        <w:t>Aksi cetak/export/mutasi bila tersedia.</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16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6"/>
                    <a:stretch>
                      <a:fillRect/>
                    </a:stretch>
                  </pic:blipFill>
                  <pic:spPr bwMode="auto">
                    <a:xfrm>
                      <a:off x="0" y="0"/>
                      <a:ext cx="6263640" cy="281622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18. Neraca</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4.19 Laporan Buku Besar</w:t>
      </w:r>
      <w:r>
        <w:rPr>
          <w:rFonts w:ascii="Poppins" w:eastAsia="Poppins" w:hAnsi="Poppins"/>
        </w:rPr>
        <w:br/>
      </w:r>
    </w:p>
    <w:p w:rsidR="00AF0BF0" w:rsidRDefault="008804F4">
      <w:pPr>
        <w:spacing w:after="80" w:line="259" w:lineRule="auto"/>
      </w:pPr>
      <w:r>
        <w:rPr>
          <w:rFonts w:ascii="Poppins" w:eastAsia="Poppins" w:hAnsi="Poppins"/>
        </w:rPr>
        <w:t>Buku besar memperlihatkan saldo awal, pemasukan debit, pengeluaran kredit, dan saldo akhir berdasarkan rekening serta tanggal. Informasi ini membantu audit arus kas dan mutasi antar rekening.</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Laporan Buku Besar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Laporan Buku Besar,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Ringkasan angka utama.</w:t>
      </w:r>
    </w:p>
    <w:p w:rsidR="00AF0BF0" w:rsidRDefault="008804F4">
      <w:pPr>
        <w:pStyle w:val="ListBullet"/>
        <w:numPr>
          <w:ilvl w:val="0"/>
          <w:numId w:val="1"/>
        </w:numPr>
        <w:spacing w:after="40"/>
      </w:pPr>
      <w:r>
        <w:rPr>
          <w:rFonts w:ascii="Poppins" w:eastAsia="Poppins" w:hAnsi="Poppins"/>
          <w:sz w:val="20"/>
        </w:rPr>
        <w:t>Filter tanggal atau rekening.</w:t>
      </w:r>
    </w:p>
    <w:p w:rsidR="00AF0BF0" w:rsidRDefault="008804F4">
      <w:pPr>
        <w:pStyle w:val="ListBullet"/>
        <w:numPr>
          <w:ilvl w:val="0"/>
          <w:numId w:val="1"/>
        </w:numPr>
        <w:spacing w:after="40"/>
      </w:pPr>
      <w:r>
        <w:rPr>
          <w:rFonts w:ascii="Poppins" w:eastAsia="Poppins" w:hAnsi="Poppins"/>
          <w:sz w:val="20"/>
        </w:rPr>
        <w:t>Tabel detail transaksi atau akun.</w:t>
      </w:r>
    </w:p>
    <w:p w:rsidR="00AF0BF0" w:rsidRDefault="008804F4">
      <w:pPr>
        <w:pStyle w:val="ListBullet"/>
        <w:numPr>
          <w:ilvl w:val="0"/>
          <w:numId w:val="1"/>
        </w:numPr>
        <w:spacing w:after="40"/>
      </w:pPr>
      <w:r>
        <w:rPr>
          <w:rFonts w:ascii="Poppins" w:eastAsia="Poppins" w:hAnsi="Poppins"/>
          <w:sz w:val="20"/>
        </w:rPr>
        <w:t>Aksi cetak/export/mutasi bila tersedia.</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00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7"/>
                    <a:stretch>
                      <a:fillRect/>
                    </a:stretch>
                  </pic:blipFill>
                  <pic:spPr bwMode="auto">
                    <a:xfrm>
                      <a:off x="0" y="0"/>
                      <a:ext cx="6263640" cy="280035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19. Laporan Buku Besar</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4.20 Piutang Penjualan</w:t>
      </w:r>
      <w:r>
        <w:rPr>
          <w:rFonts w:ascii="Poppins" w:eastAsia="Poppins" w:hAnsi="Poppins"/>
        </w:rPr>
        <w:br/>
      </w:r>
    </w:p>
    <w:p w:rsidR="00AF0BF0" w:rsidRDefault="008804F4">
      <w:pPr>
        <w:spacing w:after="80" w:line="259" w:lineRule="auto"/>
      </w:pPr>
      <w:r>
        <w:rPr>
          <w:rFonts w:ascii="Poppins" w:eastAsia="Poppins" w:hAnsi="Poppins"/>
        </w:rPr>
        <w:t>Laporan piutang penjualan memantau total order belum lunas dan total piutang. Tabel memperlihatkan tanggal, invoice, pelanggan, total, dibayar, sisa, umur piutang, jatuh tempo, dan detail.</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Bagian Piutang Penjualan digunakan untuk mendukung proses operasional aplikasi secara terstruktur. Data pada halaman ini membantu pengguna melakukan pencatatan, pencarian, pembaruan status, dan evaluasi aktivitas sesuai kebutuhan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Pengguna membuka menu Piutang Penjualan, lalu menggunakan kolom pencarian atau filter untuk mempersempit data.</w:t>
      </w:r>
    </w:p>
    <w:p w:rsidR="00AF0BF0" w:rsidRDefault="008804F4">
      <w:pPr>
        <w:pStyle w:val="ListBullet"/>
        <w:numPr>
          <w:ilvl w:val="0"/>
          <w:numId w:val="1"/>
        </w:numPr>
        <w:spacing w:after="40"/>
      </w:pPr>
      <w:r>
        <w:rPr>
          <w:rFonts w:ascii="Poppins" w:eastAsia="Poppins" w:hAnsi="Poppins"/>
          <w:sz w:val="20"/>
        </w:rPr>
        <w:t>Admin memeriksa data yang tampil sebelum melakukan tambah, edit, hapus, cetak, atau ekspor.</w:t>
      </w:r>
    </w:p>
    <w:p w:rsidR="00AF0BF0" w:rsidRDefault="008804F4">
      <w:pPr>
        <w:pStyle w:val="ListBullet"/>
        <w:numPr>
          <w:ilvl w:val="0"/>
          <w:numId w:val="1"/>
        </w:numPr>
        <w:spacing w:after="40"/>
      </w:pPr>
      <w:r>
        <w:rPr>
          <w:rFonts w:ascii="Poppins" w:eastAsia="Poppins" w:hAnsi="Poppins"/>
          <w:sz w:val="20"/>
        </w:rPr>
        <w:t>Owner atau supervisor menggunakan hasil tampilan sebagai dasar pengecekan operasional harian.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Pencarian invoice atau pelanggan.</w:t>
      </w:r>
    </w:p>
    <w:p w:rsidR="00AF0BF0" w:rsidRDefault="008804F4">
      <w:pPr>
        <w:pStyle w:val="ListBullet"/>
        <w:numPr>
          <w:ilvl w:val="0"/>
          <w:numId w:val="1"/>
        </w:numPr>
        <w:spacing w:after="40"/>
      </w:pPr>
      <w:r>
        <w:rPr>
          <w:rFonts w:ascii="Poppins" w:eastAsia="Poppins" w:hAnsi="Poppins"/>
          <w:sz w:val="20"/>
        </w:rPr>
        <w:t>Data total tagihan/piutang.</w:t>
      </w:r>
    </w:p>
    <w:p w:rsidR="00AF0BF0" w:rsidRDefault="008804F4">
      <w:pPr>
        <w:pStyle w:val="ListBullet"/>
        <w:numPr>
          <w:ilvl w:val="0"/>
          <w:numId w:val="1"/>
        </w:numPr>
        <w:spacing w:after="40"/>
      </w:pPr>
      <w:r>
        <w:rPr>
          <w:rFonts w:ascii="Poppins" w:eastAsia="Poppins" w:hAnsi="Poppins"/>
          <w:sz w:val="20"/>
        </w:rPr>
        <w:t>Status pembayaran dan umur tagihan.</w:t>
      </w:r>
    </w:p>
    <w:p w:rsidR="00AF0BF0" w:rsidRDefault="008804F4">
      <w:pPr>
        <w:pStyle w:val="ListBullet"/>
        <w:numPr>
          <w:ilvl w:val="0"/>
          <w:numId w:val="1"/>
        </w:numPr>
        <w:spacing w:after="40"/>
      </w:pPr>
      <w:r>
        <w:rPr>
          <w:rFonts w:ascii="Poppins" w:eastAsia="Poppins" w:hAnsi="Poppins"/>
          <w:sz w:val="20"/>
        </w:rPr>
        <w:t>Aksi bayar, kelola, nota, faktur, atau detail.</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95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a:stretch>
                      <a:fillRect/>
                    </a:stretch>
                  </pic:blipFill>
                  <pic:spPr bwMode="auto">
                    <a:xfrm>
                      <a:off x="0" y="0"/>
                      <a:ext cx="6263640" cy="279527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8"/>
        </w:rPr>
        <w:t>Gambar 20. Piutang Penjualan</w:t>
      </w:r>
    </w:p>
    <w:p w:rsidR="00AF0BF0" w:rsidRDefault="008804F4">
      <w:pPr>
        <w:spacing w:after="80" w:line="259" w:lineRule="auto"/>
      </w:pPr>
      <w:r>
        <w:br w:type="page"/>
      </w:r>
    </w:p>
    <w:p w:rsidR="00AF0BF0" w:rsidRDefault="008804F4">
      <w:pPr>
        <w:pStyle w:val="Heading2"/>
        <w:spacing w:before="0"/>
      </w:pPr>
      <w:r>
        <w:rPr>
          <w:rFonts w:ascii="Poppins" w:eastAsia="Poppins" w:hAnsi="Poppins"/>
        </w:rPr>
        <w:lastRenderedPageBreak/>
        <w:t>4.21 Halaman Omset Penjualan</w:t>
      </w:r>
      <w:r>
        <w:rPr>
          <w:rFonts w:ascii="Poppins" w:eastAsia="Poppins" w:hAnsi="Poppins"/>
        </w:rPr>
        <w:br/>
      </w:r>
    </w:p>
    <w:p w:rsidR="00AF0BF0" w:rsidRDefault="008804F4">
      <w:pPr>
        <w:spacing w:after="80" w:line="259" w:lineRule="auto"/>
      </w:pPr>
      <w:r>
        <w:rPr>
          <w:rFonts w:ascii="Poppins" w:eastAsia="Poppins" w:hAnsi="Poppins"/>
        </w:rPr>
        <w:t>Menampilkan ringkasan omzet periode berdasarkan status pembayaran, termasuk omzet lunas, piutang, total order, total qty, rata-rata/order, serta filter periode, mesin, dan kategori.</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Laporan omset menyajikan nilai penjualan berdasarkan periode, status pembayaran, pelanggan, mesin, dan kategori produk. Modul ini penting untuk menilai performa penjualan dan membedakan transaksi yang sudah lunas dengan yang masih menjadi piutang.</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Owner memfilter tanggal 1–12 Mei untuk melihat total omset periode tersebut.</w:t>
      </w:r>
    </w:p>
    <w:p w:rsidR="00AF0BF0" w:rsidRDefault="008804F4">
      <w:pPr>
        <w:pStyle w:val="ListBullet"/>
        <w:numPr>
          <w:ilvl w:val="0"/>
          <w:numId w:val="1"/>
        </w:numPr>
        <w:spacing w:after="40"/>
      </w:pPr>
      <w:r>
        <w:rPr>
          <w:rFonts w:ascii="Poppins" w:eastAsia="Poppins" w:hAnsi="Poppins"/>
          <w:sz w:val="20"/>
        </w:rPr>
        <w:t>Admin membandingkan nilai sudah lunas dan piutang agar kas masuk dapat diproyeksikan.</w:t>
      </w:r>
    </w:p>
    <w:p w:rsidR="00AF0BF0" w:rsidRDefault="008804F4">
      <w:pPr>
        <w:pStyle w:val="ListBullet"/>
        <w:numPr>
          <w:ilvl w:val="0"/>
          <w:numId w:val="1"/>
        </w:numPr>
        <w:spacing w:after="40"/>
      </w:pPr>
      <w:r>
        <w:rPr>
          <w:rFonts w:ascii="Poppins" w:eastAsia="Poppins" w:hAnsi="Poppins"/>
          <w:sz w:val="20"/>
        </w:rPr>
        <w:t>Supervisor melihat rata-rata omzet per order sebagai bahan evaluasi harga jual.</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Fitur filter untuk menyaring data sesuai kebutuhan laporan atau pencarian.</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93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a:stretch>
                      <a:fillRect/>
                    </a:stretch>
                  </pic:blipFill>
                  <pic:spPr bwMode="auto">
                    <a:xfrm>
                      <a:off x="0" y="0"/>
                      <a:ext cx="6263640" cy="279336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4.21 Halaman Omset Penjualan</w:t>
      </w:r>
    </w:p>
    <w:p w:rsidR="00AF0BF0" w:rsidRDefault="00AF0BF0">
      <w:pPr>
        <w:spacing w:after="80" w:line="259" w:lineRule="auto"/>
      </w:pPr>
    </w:p>
    <w:p w:rsidR="008804F4" w:rsidRDefault="008804F4">
      <w:pPr>
        <w:pStyle w:val="Heading2"/>
        <w:rPr>
          <w:rFonts w:ascii="Poppins" w:eastAsia="Poppins" w:hAnsi="Poppins"/>
        </w:rPr>
      </w:pPr>
    </w:p>
    <w:p w:rsidR="008804F4" w:rsidRDefault="008804F4">
      <w:pPr>
        <w:pStyle w:val="Heading2"/>
        <w:rPr>
          <w:rFonts w:ascii="Poppins" w:eastAsia="Poppins" w:hAnsi="Poppins"/>
        </w:rPr>
      </w:pPr>
    </w:p>
    <w:p w:rsidR="008804F4" w:rsidRDefault="008804F4">
      <w:pPr>
        <w:pStyle w:val="Heading2"/>
        <w:rPr>
          <w:rFonts w:ascii="Poppins" w:eastAsia="Poppins" w:hAnsi="Poppins"/>
        </w:rPr>
      </w:pPr>
    </w:p>
    <w:p w:rsidR="008804F4" w:rsidRDefault="008804F4">
      <w:pPr>
        <w:pStyle w:val="Heading2"/>
        <w:rPr>
          <w:rFonts w:ascii="Poppins" w:eastAsia="Poppins" w:hAnsi="Poppins"/>
        </w:rPr>
      </w:pPr>
    </w:p>
    <w:p w:rsidR="00AF0BF0" w:rsidRDefault="008804F4">
      <w:pPr>
        <w:spacing w:after="80" w:line="259" w:lineRule="auto"/>
      </w:pPr>
      <w:r>
        <w:rPr>
          <w:rFonts w:ascii="Poppins" w:eastAsia="Poppins" w:hAnsi="Poppins"/>
        </w:rPr>
        <w:t xml:space="preserve">   </w:t>
      </w:r>
    </w:p>
    <w:p w:rsidR="008804F4" w:rsidRDefault="008804F4" w:rsidP="008804F4">
      <w:pPr>
        <w:pStyle w:val="Heading2"/>
      </w:pPr>
      <w:r>
        <w:rPr>
          <w:rFonts w:ascii="Poppins" w:eastAsia="Poppins" w:hAnsi="Poppins"/>
          <w:color w:val="2563EB"/>
        </w:rPr>
        <w:lastRenderedPageBreak/>
        <w:br/>
      </w:r>
      <w:r>
        <w:rPr>
          <w:rFonts w:ascii="Poppins" w:eastAsia="Poppins" w:hAnsi="Poppins"/>
        </w:rPr>
        <w:t>4.22 Halaman Rincian Pendapatan</w:t>
      </w:r>
      <w:r>
        <w:rPr>
          <w:rFonts w:ascii="Poppins" w:eastAsia="Poppins" w:hAnsi="Poppins"/>
        </w:rPr>
        <w:br/>
      </w:r>
    </w:p>
    <w:p w:rsidR="008804F4" w:rsidRDefault="008804F4" w:rsidP="008804F4">
      <w:pPr>
        <w:spacing w:after="80" w:line="259" w:lineRule="auto"/>
      </w:pPr>
      <w:r>
        <w:rPr>
          <w:rFonts w:ascii="Poppins" w:eastAsia="Poppins" w:hAnsi="Poppins"/>
        </w:rPr>
        <w:t>Menampilkan rincian pendapatan bersih dari pembayaran masuk. Halaman ini memisahkan data per pembayaran dan per produk, lengkap dengan filter periode, mesin, kategori, serta tombol ekspor dan cetak.</w:t>
      </w:r>
    </w:p>
    <w:p w:rsidR="00AF0BF0" w:rsidRDefault="008804F4">
      <w:pPr>
        <w:pStyle w:val="Heading3"/>
        <w:spacing w:before="120" w:after="40"/>
      </w:pPr>
      <w:r>
        <w:rPr>
          <w:rFonts w:ascii="Poppins" w:eastAsia="Poppins" w:hAnsi="Poppins"/>
          <w:color w:val="2563EB"/>
        </w:rPr>
        <w:br/>
        <w:t>Penjelasan detail:</w:t>
      </w:r>
    </w:p>
    <w:p w:rsidR="00AF0BF0" w:rsidRDefault="008804F4">
      <w:pPr>
        <w:spacing w:after="80" w:line="259" w:lineRule="auto"/>
      </w:pPr>
      <w:r>
        <w:rPr>
          <w:rFonts w:ascii="Poppins" w:eastAsia="Poppins" w:hAnsi="Poppins"/>
        </w:rPr>
        <w:t>Rincian pendapatan memfokuskan laporan pada uang yang benar-benar masuk. Sistem menghitung pendapatan bersih dari pembayaran dikurangi kembalian sehingga angka tidak terdistorsi oleh nominal bayar yang lebih besar dari tagihan.</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Customer membayar Rp100.000 untuk invoice Rp69.000 dan menerima kembalian Rp31.000; pendapatan bersih tetap Rp69.000.</w:t>
      </w:r>
    </w:p>
    <w:p w:rsidR="00AF0BF0" w:rsidRDefault="008804F4">
      <w:pPr>
        <w:pStyle w:val="ListBullet"/>
        <w:numPr>
          <w:ilvl w:val="0"/>
          <w:numId w:val="1"/>
        </w:numPr>
        <w:spacing w:after="40"/>
      </w:pPr>
      <w:r>
        <w:rPr>
          <w:rFonts w:ascii="Poppins" w:eastAsia="Poppins" w:hAnsi="Poppins"/>
          <w:sz w:val="20"/>
        </w:rPr>
        <w:t>Invoice yang dibayar beberapa kali akan tampil sebagai beberapa baris pembayaran.</w:t>
      </w:r>
    </w:p>
    <w:p w:rsidR="00AF0BF0" w:rsidRDefault="008804F4">
      <w:pPr>
        <w:pStyle w:val="ListBullet"/>
        <w:numPr>
          <w:ilvl w:val="0"/>
          <w:numId w:val="1"/>
        </w:numPr>
        <w:spacing w:after="40"/>
      </w:pPr>
      <w:r>
        <w:rPr>
          <w:rFonts w:ascii="Poppins" w:eastAsia="Poppins" w:hAnsi="Poppins"/>
          <w:sz w:val="20"/>
        </w:rPr>
        <w:t>Kasir dapat menelusuri pembayaran berdasarkan invoice, pelanggan, jenis pembayaran, dan rekening.</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Fitur filter untuk menyaring data sesuai kebutuhan laporan atau pencarian.</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18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a:stretch>
                      <a:fillRect/>
                    </a:stretch>
                  </pic:blipFill>
                  <pic:spPr bwMode="auto">
                    <a:xfrm>
                      <a:off x="0" y="0"/>
                      <a:ext cx="6263640" cy="281876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4.22 Halaman Rincian Pendapatan</w:t>
      </w:r>
    </w:p>
    <w:p w:rsidR="00AF0BF0" w:rsidRDefault="00AF0BF0">
      <w:pPr>
        <w:spacing w:after="80" w:line="259" w:lineRule="auto"/>
      </w:pPr>
    </w:p>
    <w:p w:rsidR="008804F4" w:rsidRDefault="008804F4">
      <w:pPr>
        <w:pStyle w:val="Heading2"/>
        <w:rPr>
          <w:rFonts w:ascii="Poppins" w:eastAsia="Poppins" w:hAnsi="Poppins"/>
        </w:rPr>
      </w:pPr>
    </w:p>
    <w:p w:rsidR="008804F4" w:rsidRDefault="008804F4" w:rsidP="008804F4">
      <w:pPr>
        <w:pStyle w:val="Heading2"/>
        <w:rPr>
          <w:rFonts w:ascii="Poppins" w:eastAsia="Poppins" w:hAnsi="Poppins"/>
        </w:rPr>
      </w:pPr>
      <w:r>
        <w:rPr>
          <w:rFonts w:ascii="Poppins" w:eastAsia="Poppins" w:hAnsi="Poppins"/>
        </w:rPr>
        <w:tab/>
      </w:r>
    </w:p>
    <w:p w:rsidR="008804F4" w:rsidRDefault="008804F4" w:rsidP="008804F4">
      <w:pPr>
        <w:pStyle w:val="Heading2"/>
        <w:rPr>
          <w:rFonts w:ascii="Poppins" w:eastAsia="Poppins" w:hAnsi="Poppins"/>
        </w:rPr>
      </w:pPr>
    </w:p>
    <w:p w:rsidR="008804F4" w:rsidRDefault="008804F4" w:rsidP="008804F4">
      <w:pPr>
        <w:pStyle w:val="Heading2"/>
        <w:rPr>
          <w:rFonts w:ascii="Poppins" w:eastAsia="Poppins" w:hAnsi="Poppins"/>
        </w:rPr>
      </w:pPr>
    </w:p>
    <w:p w:rsidR="008804F4" w:rsidRPr="008804F4" w:rsidRDefault="008804F4" w:rsidP="008804F4">
      <w:pPr>
        <w:spacing w:after="80" w:line="259" w:lineRule="auto"/>
      </w:pPr>
      <w:r>
        <w:rPr>
          <w:rFonts w:ascii="Poppins" w:eastAsia="Poppins" w:hAnsi="Poppins"/>
        </w:rPr>
        <w:t xml:space="preserve">   </w:t>
      </w:r>
      <w:r>
        <w:rPr>
          <w:rFonts w:ascii="Poppins" w:eastAsia="Poppins" w:hAnsi="Poppins"/>
        </w:rPr>
        <w:tab/>
      </w:r>
    </w:p>
    <w:p w:rsidR="00AF0BF0" w:rsidRDefault="008804F4">
      <w:pPr>
        <w:pStyle w:val="Heading2"/>
      </w:pPr>
      <w:r>
        <w:rPr>
          <w:rFonts w:ascii="Poppins" w:eastAsia="Poppins" w:hAnsi="Poppins"/>
        </w:rPr>
        <w:lastRenderedPageBreak/>
        <w:t>4.23 Halaman Hutang Pembelian</w:t>
      </w:r>
      <w:r>
        <w:rPr>
          <w:rFonts w:ascii="Poppins" w:eastAsia="Poppins" w:hAnsi="Poppins"/>
        </w:rPr>
        <w:br/>
      </w:r>
    </w:p>
    <w:p w:rsidR="00AF0BF0" w:rsidRDefault="008804F4">
      <w:pPr>
        <w:spacing w:after="80" w:line="259" w:lineRule="auto"/>
      </w:pPr>
      <w:r>
        <w:rPr>
          <w:rFonts w:ascii="Poppins" w:eastAsia="Poppins" w:hAnsi="Poppins"/>
        </w:rPr>
        <w:t>Menampilkan daftar hutang pembelian bahan yang belum lunas, total tagihan, total sudah dibayar, dan sisa hutang. Tersedia filter status dan supplier serta aksi pembayaran hutang.</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Modul hutang pembelian menampilkan daftar pembelian bahan yang belum lunas kepada supplier. Informasi total, sudah dibayar, sisa hutang, tanggal pembelian, dan supplier membantu admin menyusun jadwal pembayaran.</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Admin melihat pembelian bahan dari VISI MEDIA yang masih berstatus belum bayar.</w:t>
      </w:r>
    </w:p>
    <w:p w:rsidR="00AF0BF0" w:rsidRDefault="008804F4">
      <w:pPr>
        <w:pStyle w:val="ListBullet"/>
        <w:numPr>
          <w:ilvl w:val="0"/>
          <w:numId w:val="1"/>
        </w:numPr>
        <w:spacing w:after="40"/>
      </w:pPr>
      <w:r>
        <w:rPr>
          <w:rFonts w:ascii="Poppins" w:eastAsia="Poppins" w:hAnsi="Poppins"/>
          <w:sz w:val="20"/>
        </w:rPr>
        <w:t>Owner memprioritaskan pembayaran supplier dengan nominal sisa hutang terbesar.</w:t>
      </w:r>
    </w:p>
    <w:p w:rsidR="00AF0BF0" w:rsidRDefault="008804F4">
      <w:pPr>
        <w:pStyle w:val="ListBullet"/>
        <w:numPr>
          <w:ilvl w:val="0"/>
          <w:numId w:val="1"/>
        </w:numPr>
        <w:spacing w:after="40"/>
      </w:pPr>
      <w:r>
        <w:rPr>
          <w:rFonts w:ascii="Poppins" w:eastAsia="Poppins" w:hAnsi="Poppins"/>
          <w:sz w:val="20"/>
        </w:rPr>
        <w:t>Saat pembayaran dilakukan, sisa hutang berkurang dan status dapat berubah menjadi lunas.</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Fitur filter untuk menyaring data sesuai kebutuhan laporan atau pencarian.</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78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a:stretch>
                      <a:fillRect/>
                    </a:stretch>
                  </pic:blipFill>
                  <pic:spPr bwMode="auto">
                    <a:xfrm>
                      <a:off x="0" y="0"/>
                      <a:ext cx="6263640" cy="277812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4.23 Halaman Hutang Pembelian</w:t>
      </w:r>
    </w:p>
    <w:p w:rsidR="00AF0BF0" w:rsidRDefault="00AF0BF0">
      <w:pPr>
        <w:spacing w:after="80" w:line="259" w:lineRule="auto"/>
      </w:pPr>
    </w:p>
    <w:p w:rsidR="008804F4" w:rsidRDefault="008804F4" w:rsidP="008804F4">
      <w:pPr>
        <w:pStyle w:val="Heading2"/>
        <w:rPr>
          <w:rFonts w:ascii="Poppins" w:eastAsia="Poppins" w:hAnsi="Poppins"/>
        </w:rPr>
      </w:pPr>
      <w:r>
        <w:rPr>
          <w:rFonts w:ascii="Poppins" w:eastAsia="Poppins" w:hAnsi="Poppins"/>
        </w:rPr>
        <w:br/>
      </w:r>
      <w:r>
        <w:rPr>
          <w:rFonts w:ascii="Poppins" w:eastAsia="Poppins" w:hAnsi="Poppins"/>
        </w:rPr>
        <w:br/>
      </w:r>
      <w:r>
        <w:rPr>
          <w:rFonts w:ascii="Poppins" w:eastAsia="Poppins" w:hAnsi="Poppins"/>
        </w:rPr>
        <w:br/>
      </w:r>
    </w:p>
    <w:p w:rsidR="008804F4" w:rsidRDefault="008804F4" w:rsidP="008804F4">
      <w:pPr>
        <w:pStyle w:val="Heading2"/>
        <w:rPr>
          <w:rFonts w:ascii="Poppins" w:eastAsia="Poppins" w:hAnsi="Poppins"/>
        </w:rPr>
      </w:pPr>
    </w:p>
    <w:p w:rsidR="008804F4" w:rsidRDefault="008804F4" w:rsidP="008804F4">
      <w:pPr>
        <w:pStyle w:val="Heading2"/>
        <w:rPr>
          <w:rFonts w:ascii="Poppins" w:eastAsia="Poppins" w:hAnsi="Poppins"/>
        </w:rPr>
      </w:pPr>
    </w:p>
    <w:p w:rsidR="008804F4" w:rsidRDefault="008804F4" w:rsidP="008804F4">
      <w:pPr>
        <w:spacing w:after="80" w:line="259" w:lineRule="auto"/>
      </w:pPr>
      <w:r>
        <w:rPr>
          <w:rFonts w:ascii="Poppins" w:eastAsia="Poppins" w:hAnsi="Poppins"/>
        </w:rPr>
        <w:t xml:space="preserve">   </w:t>
      </w:r>
    </w:p>
    <w:p w:rsidR="00AF0BF0" w:rsidRDefault="008804F4">
      <w:pPr>
        <w:pStyle w:val="Heading2"/>
      </w:pPr>
      <w:r>
        <w:rPr>
          <w:rFonts w:ascii="Poppins" w:eastAsia="Poppins" w:hAnsi="Poppins"/>
        </w:rPr>
        <w:lastRenderedPageBreak/>
        <w:br/>
        <w:t>4.24 Halaman Laporan Klik</w:t>
      </w:r>
      <w:r>
        <w:rPr>
          <w:rFonts w:ascii="Poppins" w:eastAsia="Poppins" w:hAnsi="Poppins"/>
        </w:rPr>
        <w:br/>
      </w:r>
    </w:p>
    <w:p w:rsidR="00AF0BF0" w:rsidRDefault="008804F4">
      <w:pPr>
        <w:spacing w:after="80" w:line="259" w:lineRule="auto"/>
      </w:pPr>
      <w:r>
        <w:rPr>
          <w:rFonts w:ascii="Poppins" w:eastAsia="Poppins" w:hAnsi="Poppins"/>
        </w:rPr>
        <w:t>Menampilkan rekap jumlah klik mesin, total order, total qty, biaya klik, tren klik harian, dan rincian klik per mesin. Halaman ini membantu memantau penggunaan mesin produksi.</w:t>
      </w:r>
      <w:r>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Laporan klik menghitung penggunaan mesin berbasis biaya per klik. Modul ini berguna untuk memisahkan biaya produksi mesin dari biaya bahan sehingga perhitungan keuntungan lebih akurat.</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Mesin Versant 3100 Press memiliki biaya Rp800 per klik; jika terjadi 100 klik maka biaya klik adalah Rp80.000.</w:t>
      </w:r>
    </w:p>
    <w:p w:rsidR="00AF0BF0" w:rsidRDefault="008804F4">
      <w:pPr>
        <w:pStyle w:val="ListBullet"/>
        <w:numPr>
          <w:ilvl w:val="0"/>
          <w:numId w:val="1"/>
        </w:numPr>
        <w:spacing w:after="40"/>
      </w:pPr>
      <w:r>
        <w:rPr>
          <w:rFonts w:ascii="Poppins" w:eastAsia="Poppins" w:hAnsi="Poppins"/>
          <w:sz w:val="20"/>
        </w:rPr>
        <w:t>Supervisor melihat tren klik harian untuk mengetahui hari dengan beban mesin tertinggi.</w:t>
      </w:r>
    </w:p>
    <w:p w:rsidR="00AF0BF0" w:rsidRDefault="008804F4">
      <w:pPr>
        <w:pStyle w:val="ListBullet"/>
        <w:numPr>
          <w:ilvl w:val="0"/>
          <w:numId w:val="1"/>
        </w:numPr>
        <w:spacing w:after="40"/>
      </w:pPr>
      <w:r>
        <w:rPr>
          <w:rFonts w:ascii="Poppins" w:eastAsia="Poppins" w:hAnsi="Poppins"/>
          <w:sz w:val="20"/>
        </w:rPr>
        <w:t>Owner mengevaluasi biaya mesin per kategori produk.</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232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2"/>
                    <a:stretch>
                      <a:fillRect/>
                    </a:stretch>
                  </pic:blipFill>
                  <pic:spPr bwMode="auto">
                    <a:xfrm>
                      <a:off x="0" y="0"/>
                      <a:ext cx="6263640" cy="282321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4.24 Halaman Laporan Klik</w:t>
      </w:r>
    </w:p>
    <w:p w:rsidR="00AF0BF0" w:rsidRDefault="00AF0BF0">
      <w:pPr>
        <w:spacing w:after="80" w:line="259" w:lineRule="auto"/>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8804F4">
      <w:pPr>
        <w:pStyle w:val="Heading2"/>
      </w:pPr>
      <w:r>
        <w:rPr>
          <w:rFonts w:ascii="Poppins" w:eastAsia="Poppins" w:hAnsi="Poppins"/>
        </w:rPr>
        <w:lastRenderedPageBreak/>
        <w:t>4.25 Halaman Log Transaksi</w:t>
      </w:r>
      <w:r w:rsidR="004A4982">
        <w:rPr>
          <w:rFonts w:ascii="Poppins" w:eastAsia="Poppins" w:hAnsi="Poppins"/>
        </w:rPr>
        <w:br/>
      </w:r>
    </w:p>
    <w:p w:rsidR="00AF0BF0" w:rsidRDefault="008804F4">
      <w:pPr>
        <w:spacing w:after="80" w:line="259" w:lineRule="auto"/>
      </w:pPr>
      <w:r>
        <w:rPr>
          <w:rFonts w:ascii="Poppins" w:eastAsia="Poppins" w:hAnsi="Poppins"/>
        </w:rPr>
        <w:t>Menampilkan riwayat transaksi order berdasarkan periode, mesin, dan kategori. Data yang ditampilkan mencakup waktu, invoice, pelanggan, status pembayaran, status produksi, designer, operator, dan total transaksi.</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Log transaksi menjadi jejak aktivitas order dari sisi pembayaran, produksi, designer, operator, pelanggan, dan total invoice. Setiap transaksi dapat ditelusuri untuk audit internal maupun pengecekan jika terjadi perbedaan data.</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Admin mencari invoice INV-20260511-0002 untuk melihat pelanggan, status bayar, status produksi, dan total transaksi.</w:t>
      </w:r>
    </w:p>
    <w:p w:rsidR="00AF0BF0" w:rsidRDefault="008804F4">
      <w:pPr>
        <w:pStyle w:val="ListBullet"/>
        <w:numPr>
          <w:ilvl w:val="0"/>
          <w:numId w:val="1"/>
        </w:numPr>
        <w:spacing w:after="40"/>
      </w:pPr>
      <w:r>
        <w:rPr>
          <w:rFonts w:ascii="Poppins" w:eastAsia="Poppins" w:hAnsi="Poppins"/>
          <w:sz w:val="20"/>
        </w:rPr>
        <w:t>Supervisor mengecek transaksi yang masih antri agar bisa dialihkan ke operator lain.</w:t>
      </w:r>
    </w:p>
    <w:p w:rsidR="00AF0BF0" w:rsidRDefault="008804F4">
      <w:pPr>
        <w:pStyle w:val="ListBullet"/>
        <w:numPr>
          <w:ilvl w:val="0"/>
          <w:numId w:val="1"/>
        </w:numPr>
        <w:spacing w:after="40"/>
      </w:pPr>
      <w:r>
        <w:rPr>
          <w:rFonts w:ascii="Poppins" w:eastAsia="Poppins" w:hAnsi="Poppins"/>
          <w:sz w:val="20"/>
        </w:rPr>
        <w:t>Owner mencetak riwayat transaksi untuk arsip operasional.</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86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3"/>
                    <a:stretch>
                      <a:fillRect/>
                    </a:stretch>
                  </pic:blipFill>
                  <pic:spPr bwMode="auto">
                    <a:xfrm>
                      <a:off x="0" y="0"/>
                      <a:ext cx="6263640" cy="278638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4.25 Halaman Log Transaksi</w:t>
      </w:r>
    </w:p>
    <w:p w:rsidR="00AF0BF0" w:rsidRDefault="00AF0BF0">
      <w:pPr>
        <w:spacing w:after="80" w:line="259" w:lineRule="auto"/>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8804F4">
      <w:pPr>
        <w:pStyle w:val="Heading2"/>
      </w:pPr>
      <w:r>
        <w:rPr>
          <w:rFonts w:ascii="Poppins" w:eastAsia="Poppins" w:hAnsi="Poppins"/>
        </w:rPr>
        <w:lastRenderedPageBreak/>
        <w:t>4.26 Halaman Kelola Produk</w:t>
      </w:r>
      <w:r w:rsidR="004A4982">
        <w:rPr>
          <w:rFonts w:ascii="Poppins" w:eastAsia="Poppins" w:hAnsi="Poppins"/>
        </w:rPr>
        <w:br/>
      </w:r>
    </w:p>
    <w:p w:rsidR="00AF0BF0" w:rsidRDefault="008804F4">
      <w:pPr>
        <w:spacing w:after="80" w:line="259" w:lineRule="auto"/>
      </w:pPr>
      <w:r>
        <w:rPr>
          <w:rFonts w:ascii="Poppins" w:eastAsia="Poppins" w:hAnsi="Poppins"/>
        </w:rPr>
        <w:t>Digunakan untuk mengelola daftar produk/jasa percetakan. Informasi yang ditampilkan mencakup kode produk, nama produk, bahan yang tersedia, status produk, serta aksi edit dan hapus.</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Data produk mendefinisikan jenis layanan yang dijual, misalnya Outdoor, Indoor, Versant, atau Jasa. Setiap produk dapat dikaitkan dengan bahan yang tersedia agar saat membuat order, pilihan bahan menjadi lebih terstruktur.</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Produk Outdoor dihubungkan dengan bahan Flexi Banner berbagai gramasi.</w:t>
      </w:r>
    </w:p>
    <w:p w:rsidR="00AF0BF0" w:rsidRDefault="008804F4">
      <w:pPr>
        <w:pStyle w:val="ListBullet"/>
        <w:numPr>
          <w:ilvl w:val="0"/>
          <w:numId w:val="1"/>
        </w:numPr>
        <w:spacing w:after="40"/>
      </w:pPr>
      <w:r>
        <w:rPr>
          <w:rFonts w:ascii="Poppins" w:eastAsia="Poppins" w:hAnsi="Poppins"/>
          <w:sz w:val="20"/>
        </w:rPr>
        <w:t>Produk Versant dihubungkan dengan Art Paper, HVS, dan karton.</w:t>
      </w:r>
    </w:p>
    <w:p w:rsidR="00AF0BF0" w:rsidRDefault="008804F4">
      <w:pPr>
        <w:pStyle w:val="ListBullet"/>
        <w:numPr>
          <w:ilvl w:val="0"/>
          <w:numId w:val="1"/>
        </w:numPr>
        <w:spacing w:after="40"/>
      </w:pPr>
      <w:r>
        <w:rPr>
          <w:rFonts w:ascii="Poppins" w:eastAsia="Poppins" w:hAnsi="Poppins"/>
          <w:sz w:val="20"/>
        </w:rPr>
        <w:t>Produk yang tidak digunakan sementara dapat dinonaktifkan tanpa menghapus riwayat transaksi lama.</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74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4"/>
                    <a:stretch>
                      <a:fillRect/>
                    </a:stretch>
                  </pic:blipFill>
                  <pic:spPr bwMode="auto">
                    <a:xfrm>
                      <a:off x="0" y="0"/>
                      <a:ext cx="6263640" cy="277495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4.26 Halaman Kelola Produk</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4.27 Halaman Kelola Satuan</w:t>
      </w:r>
      <w:r w:rsidR="004A4982">
        <w:rPr>
          <w:rFonts w:ascii="Poppins" w:eastAsia="Poppins" w:hAnsi="Poppins"/>
        </w:rPr>
        <w:br/>
      </w:r>
    </w:p>
    <w:p w:rsidR="00AF0BF0" w:rsidRDefault="008804F4">
      <w:pPr>
        <w:spacing w:after="80" w:line="259" w:lineRule="auto"/>
      </w:pPr>
      <w:r>
        <w:rPr>
          <w:rFonts w:ascii="Poppins" w:eastAsia="Poppins" w:hAnsi="Poppins"/>
        </w:rPr>
        <w:t>Digunakan untuk mengelola satuan/unit produk dan bahan, seperti kg, m², pcs, lembar, meter, roll, dan pak. Setiap satuan memiliki simbol, status, dan aksi pengelolaan.</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Satuan digunakan untuk menyeragamkan perhitungan jumlah bahan dan produk. Dengan satuan yang konsisten, stok, penggunaan bahan, pembelian, dan laporan dapat dihitung menggunakan dasar yang sama.</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Bahan banner memakai satuan meter atau m².</w:t>
      </w:r>
    </w:p>
    <w:p w:rsidR="00AF0BF0" w:rsidRDefault="008804F4">
      <w:pPr>
        <w:pStyle w:val="ListBullet"/>
        <w:numPr>
          <w:ilvl w:val="0"/>
          <w:numId w:val="1"/>
        </w:numPr>
        <w:spacing w:after="40"/>
      </w:pPr>
      <w:r>
        <w:rPr>
          <w:rFonts w:ascii="Poppins" w:eastAsia="Poppins" w:hAnsi="Poppins"/>
          <w:sz w:val="20"/>
        </w:rPr>
        <w:t>Kertas memakai satuan lembar, pak, atau roll sesuai kebutuhan pencatatan.</w:t>
      </w:r>
    </w:p>
    <w:p w:rsidR="00AF0BF0" w:rsidRDefault="008804F4">
      <w:pPr>
        <w:pStyle w:val="ListBullet"/>
        <w:numPr>
          <w:ilvl w:val="0"/>
          <w:numId w:val="1"/>
        </w:numPr>
        <w:spacing w:after="40"/>
      </w:pPr>
      <w:r>
        <w:rPr>
          <w:rFonts w:ascii="Poppins" w:eastAsia="Poppins" w:hAnsi="Poppins"/>
          <w:sz w:val="20"/>
        </w:rPr>
        <w:t>Produk jadi dapat memakai satuan pcs untuk jumlah output.</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656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5"/>
                    <a:stretch>
                      <a:fillRect/>
                    </a:stretch>
                  </pic:blipFill>
                  <pic:spPr bwMode="auto">
                    <a:xfrm>
                      <a:off x="0" y="0"/>
                      <a:ext cx="6263640" cy="265684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4.27 Halaman Kelola Satuan</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4.28 Halaman Kelola Supplier</w:t>
      </w:r>
      <w:r w:rsidR="004A4982">
        <w:rPr>
          <w:rFonts w:ascii="Poppins" w:eastAsia="Poppins" w:hAnsi="Poppins"/>
        </w:rPr>
        <w:br/>
      </w:r>
    </w:p>
    <w:p w:rsidR="00AF0BF0" w:rsidRDefault="008804F4">
      <w:pPr>
        <w:spacing w:after="80" w:line="259" w:lineRule="auto"/>
      </w:pPr>
      <w:r>
        <w:rPr>
          <w:rFonts w:ascii="Poppins" w:eastAsia="Poppins" w:hAnsi="Poppins"/>
        </w:rPr>
        <w:t>Digunakan untuk mengelola data supplier/pemasok. Informasi yang ditampilkan meliputi nama supplier, nomor HP, alamat, jumlah transaksi pembelian, status, serta aksi edit dan hapus.</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Supplier menyimpan data pemasok bahan. Relasi supplier dengan pembelian membantu sistem mengetahui dari mana bahan dibeli, berapa kali transaksi dilakukan, dan pihak mana yang memiliki hutang belum lunas.</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VISI MEDIA tercatat sebagai supplier untuk pembelian bahan banner.</w:t>
      </w:r>
    </w:p>
    <w:p w:rsidR="00AF0BF0" w:rsidRDefault="008804F4">
      <w:pPr>
        <w:pStyle w:val="ListBullet"/>
        <w:numPr>
          <w:ilvl w:val="0"/>
          <w:numId w:val="1"/>
        </w:numPr>
        <w:spacing w:after="40"/>
      </w:pPr>
      <w:r>
        <w:rPr>
          <w:rFonts w:ascii="Poppins" w:eastAsia="Poppins" w:hAnsi="Poppins"/>
          <w:sz w:val="20"/>
        </w:rPr>
        <w:t>INDAH SARI ABADI digunakan saat pembelian kertas atau sticker tertentu.</w:t>
      </w:r>
    </w:p>
    <w:p w:rsidR="00AF0BF0" w:rsidRDefault="008804F4">
      <w:pPr>
        <w:pStyle w:val="ListBullet"/>
        <w:numPr>
          <w:ilvl w:val="0"/>
          <w:numId w:val="1"/>
        </w:numPr>
        <w:spacing w:after="40"/>
      </w:pPr>
      <w:r>
        <w:rPr>
          <w:rFonts w:ascii="Poppins" w:eastAsia="Poppins" w:hAnsi="Poppins"/>
          <w:sz w:val="20"/>
        </w:rPr>
        <w:t>Admin mencari supplier berdasarkan nama atau nomor HP sebelum membuat pembelian baru.</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1774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6"/>
                    <a:stretch>
                      <a:fillRect/>
                    </a:stretch>
                  </pic:blipFill>
                  <pic:spPr bwMode="auto">
                    <a:xfrm>
                      <a:off x="0" y="0"/>
                      <a:ext cx="6263640" cy="217741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4.28 Halaman Kelola Supplier</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AF0BF0" w:rsidRDefault="00AF0BF0">
      <w:pPr>
        <w:spacing w:after="80" w:line="259" w:lineRule="auto"/>
      </w:pPr>
    </w:p>
    <w:p w:rsidR="00AF0BF0" w:rsidRDefault="008804F4">
      <w:pPr>
        <w:pStyle w:val="Heading2"/>
      </w:pPr>
      <w:r>
        <w:rPr>
          <w:rFonts w:ascii="Poppins" w:eastAsia="Poppins" w:hAnsi="Poppins"/>
        </w:rPr>
        <w:lastRenderedPageBreak/>
        <w:t>4.29 Halaman Kategori Bahan</w:t>
      </w:r>
    </w:p>
    <w:p w:rsidR="00AF0BF0" w:rsidRDefault="008804F4">
      <w:pPr>
        <w:spacing w:after="80" w:line="259" w:lineRule="auto"/>
      </w:pPr>
      <w:r>
        <w:rPr>
          <w:rFonts w:ascii="Poppins" w:eastAsia="Poppins" w:hAnsi="Poppins"/>
        </w:rPr>
        <w:t>Menampilkan kategori bahan untuk pengelompokan stok, seperti Indoor, Outdoor, Versant, Jasa, dan Lainnya. Setiap kategori menampilkan deskripsi, jumlah bahan, status, dan aksi pengelolaan.</w:t>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Kategori bahan mengelompokkan material agar pencarian dan pelaporan lebih mudah. Kategori seperti Indoor, Outdoor, Versant, Jasa, dan Lainnya membantu pengguna memilih bahan sesuai jenis produksi.</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Sticker meteran dimasukkan ke kategori Indoor.</w:t>
      </w:r>
    </w:p>
    <w:p w:rsidR="00AF0BF0" w:rsidRDefault="008804F4">
      <w:pPr>
        <w:pStyle w:val="ListBullet"/>
        <w:numPr>
          <w:ilvl w:val="0"/>
          <w:numId w:val="1"/>
        </w:numPr>
        <w:spacing w:after="40"/>
      </w:pPr>
      <w:r>
        <w:rPr>
          <w:rFonts w:ascii="Poppins" w:eastAsia="Poppins" w:hAnsi="Poppins"/>
          <w:sz w:val="20"/>
        </w:rPr>
        <w:t>Flexi banner dimasukkan ke kategori Outdoor.</w:t>
      </w:r>
    </w:p>
    <w:p w:rsidR="00AF0BF0" w:rsidRDefault="008804F4">
      <w:pPr>
        <w:pStyle w:val="ListBullet"/>
        <w:numPr>
          <w:ilvl w:val="0"/>
          <w:numId w:val="1"/>
        </w:numPr>
        <w:spacing w:after="40"/>
      </w:pPr>
      <w:r>
        <w:rPr>
          <w:rFonts w:ascii="Poppins" w:eastAsia="Poppins" w:hAnsi="Poppins"/>
          <w:sz w:val="20"/>
        </w:rPr>
        <w:t>Art paper dan karton dimasukkan ke kategori Versant.</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p>
    <w:p w:rsidR="00AF0BF0" w:rsidRDefault="008804F4">
      <w:pPr>
        <w:spacing w:before="120" w:after="120" w:line="259" w:lineRule="auto"/>
        <w:jc w:val="center"/>
      </w:pPr>
      <w:r>
        <w:rPr>
          <w:noProof/>
        </w:rPr>
        <w:drawing>
          <wp:inline distT="0" distB="0" distL="0" distR="0">
            <wp:extent cx="6263640" cy="1927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7"/>
                    <a:stretch>
                      <a:fillRect/>
                    </a:stretch>
                  </pic:blipFill>
                  <pic:spPr bwMode="auto">
                    <a:xfrm>
                      <a:off x="0" y="0"/>
                      <a:ext cx="6263640" cy="192722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4.29 Halaman Kategori Bahan</w:t>
      </w:r>
    </w:p>
    <w:p w:rsidR="00AF0BF0" w:rsidRDefault="00AF0BF0">
      <w:pPr>
        <w:spacing w:after="80" w:line="259" w:lineRule="auto"/>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8804F4">
      <w:pPr>
        <w:pStyle w:val="Heading2"/>
      </w:pPr>
      <w:r>
        <w:rPr>
          <w:rFonts w:ascii="Poppins" w:eastAsia="Poppins" w:hAnsi="Poppins"/>
        </w:rPr>
        <w:lastRenderedPageBreak/>
        <w:t>4.30 Halaman Data Bahan</w:t>
      </w:r>
      <w:r w:rsidR="004A4982">
        <w:rPr>
          <w:rFonts w:ascii="Poppins" w:eastAsia="Poppins" w:hAnsi="Poppins"/>
        </w:rPr>
        <w:br/>
      </w:r>
    </w:p>
    <w:p w:rsidR="00AF0BF0" w:rsidRDefault="008804F4">
      <w:pPr>
        <w:spacing w:after="80" w:line="259" w:lineRule="auto"/>
      </w:pPr>
      <w:r>
        <w:rPr>
          <w:rFonts w:ascii="Poppins" w:eastAsia="Poppins" w:hAnsi="Poppins"/>
        </w:rPr>
        <w:t>Menampilkan daftar bahan lengkap dengan kategori, tipe, harga dasar, stok, status, serta aksi edit/hapus. Halaman ini juga menyediakan filter nama bahan, kategori, dan status stok.</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Data bahan adalah master material yang dipakai untuk order, stok, pembelian, penggunaan, dan bahan rusak. Setiap bahan memiliki kategori, tipe, harga dasar, satuan, stok, batas minimum, serta status aktif.</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ALBATROS memiliki harga dasar Rp115.000/m² dan stok tertentu.</w:t>
      </w:r>
    </w:p>
    <w:p w:rsidR="00AF0BF0" w:rsidRDefault="008804F4">
      <w:pPr>
        <w:pStyle w:val="ListBullet"/>
        <w:numPr>
          <w:ilvl w:val="0"/>
          <w:numId w:val="1"/>
        </w:numPr>
        <w:spacing w:after="40"/>
      </w:pPr>
      <w:r>
        <w:rPr>
          <w:rFonts w:ascii="Poppins" w:eastAsia="Poppins" w:hAnsi="Poppins"/>
          <w:sz w:val="20"/>
        </w:rPr>
        <w:t>ART KARTON 210 GSM dicatat per lembar dan dapat ditandai Track Klik jika terkait penggunaan mesin.</w:t>
      </w:r>
    </w:p>
    <w:p w:rsidR="00AF0BF0" w:rsidRDefault="008804F4">
      <w:pPr>
        <w:pStyle w:val="ListBullet"/>
        <w:numPr>
          <w:ilvl w:val="0"/>
          <w:numId w:val="1"/>
        </w:numPr>
        <w:spacing w:after="40"/>
      </w:pPr>
      <w:r>
        <w:rPr>
          <w:rFonts w:ascii="Poppins" w:eastAsia="Poppins" w:hAnsi="Poppins"/>
          <w:sz w:val="20"/>
        </w:rPr>
        <w:t>Bahan yang stoknya di bawah minimum akan terbaca pada laporan stok rendah.</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Fitur filter untuk menyaring data sesuai kebutuhan laporan atau pencarian.</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9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8"/>
                    <a:stretch>
                      <a:fillRect/>
                    </a:stretch>
                  </pic:blipFill>
                  <pic:spPr bwMode="auto">
                    <a:xfrm>
                      <a:off x="0" y="0"/>
                      <a:ext cx="6263640" cy="279400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4.30 Halaman Data Bahan</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4.31 Halaman Data Mesin</w:t>
      </w:r>
      <w:r w:rsidR="004A4982">
        <w:rPr>
          <w:rFonts w:ascii="Poppins" w:eastAsia="Poppins" w:hAnsi="Poppins"/>
        </w:rPr>
        <w:br/>
      </w:r>
    </w:p>
    <w:p w:rsidR="00AF0BF0" w:rsidRDefault="008804F4">
      <w:pPr>
        <w:spacing w:after="80" w:line="259" w:lineRule="auto"/>
      </w:pPr>
      <w:r>
        <w:rPr>
          <w:rFonts w:ascii="Poppins" w:eastAsia="Poppins" w:hAnsi="Poppins"/>
        </w:rPr>
        <w:t>Menampilkan data mesin produksi, biaya per klik, kategori bahan, dan bahan yang dapat digunakan oleh mesin tersebut. Fitur ini mendukung perhitungan biaya produksi berbasis klik mesin.</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Data mesin menghubungkan mesin produksi dengan kategori bahan, daftar bahan yang dapat dipakai, dan biaya per klik. Pengaturan ini membuat perhitungan produksi lebih otomatis karena mesin sudah memiliki tarif dan batasan bahan.</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Versant 3100 Press diberi biaya Rp800 per klik.</w:t>
      </w:r>
    </w:p>
    <w:p w:rsidR="00AF0BF0" w:rsidRDefault="008804F4">
      <w:pPr>
        <w:pStyle w:val="ListBullet"/>
        <w:numPr>
          <w:ilvl w:val="0"/>
          <w:numId w:val="1"/>
        </w:numPr>
        <w:spacing w:after="40"/>
      </w:pPr>
      <w:r>
        <w:rPr>
          <w:rFonts w:ascii="Poppins" w:eastAsia="Poppins" w:hAnsi="Poppins"/>
          <w:sz w:val="20"/>
        </w:rPr>
        <w:t>Mesin hanya menampilkan bahan Versant yang relevan seperti Art Paper dan HVS.</w:t>
      </w:r>
    </w:p>
    <w:p w:rsidR="00AF0BF0" w:rsidRDefault="008804F4">
      <w:pPr>
        <w:pStyle w:val="ListBullet"/>
        <w:numPr>
          <w:ilvl w:val="0"/>
          <w:numId w:val="1"/>
        </w:numPr>
        <w:spacing w:after="40"/>
      </w:pPr>
      <w:r>
        <w:rPr>
          <w:rFonts w:ascii="Poppins" w:eastAsia="Poppins" w:hAnsi="Poppins"/>
          <w:sz w:val="20"/>
        </w:rPr>
        <w:t>Saat order memakai mesin tersebut, laporan klik dapat menghitung biaya berdasarkan jumlah klik.</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499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9"/>
                    <a:stretch>
                      <a:fillRect/>
                    </a:stretch>
                  </pic:blipFill>
                  <pic:spPr bwMode="auto">
                    <a:xfrm>
                      <a:off x="0" y="0"/>
                      <a:ext cx="6263640" cy="249936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4.31 Halaman Data Mesin</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4.32 Halaman Data Penggunaan Bahan</w:t>
      </w:r>
      <w:r w:rsidR="004A4982">
        <w:rPr>
          <w:rFonts w:ascii="Poppins" w:eastAsia="Poppins" w:hAnsi="Poppins"/>
        </w:rPr>
        <w:br/>
      </w:r>
    </w:p>
    <w:p w:rsidR="00AF0BF0" w:rsidRDefault="008804F4">
      <w:pPr>
        <w:spacing w:after="80" w:line="259" w:lineRule="auto"/>
      </w:pPr>
      <w:r>
        <w:rPr>
          <w:rFonts w:ascii="Poppins" w:eastAsia="Poppins" w:hAnsi="Poppins"/>
        </w:rPr>
        <w:t>Menampilkan laporan penggunaan bahan berdasarkan log pergerakan stok tipe usage. Informasi yang disajikan mencakup total penggunaan periode, jumlah baris data, tanggal, bahan, jumlah, catatan order, dan user.</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Modul penggunaan bahan menampilkan bahan yang benar-benar berkurang karena order. Data ini berasal dari pergerakan stok bertipe usage sehingga bahan custom yang tidak mengurangi stok tidak ikut dihitung.</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Order INV-20260511-0002 mengurangi Flexi Banner 280 GSM sebesar 12,80 m².</w:t>
      </w:r>
    </w:p>
    <w:p w:rsidR="00AF0BF0" w:rsidRDefault="008804F4">
      <w:pPr>
        <w:pStyle w:val="ListBullet"/>
        <w:numPr>
          <w:ilvl w:val="0"/>
          <w:numId w:val="1"/>
        </w:numPr>
        <w:spacing w:after="40"/>
      </w:pPr>
      <w:r>
        <w:rPr>
          <w:rFonts w:ascii="Poppins" w:eastAsia="Poppins" w:hAnsi="Poppins"/>
          <w:sz w:val="20"/>
        </w:rPr>
        <w:t>Order dengan bahan ALBATROS mengurangi stok sesuai ukuran produksi.</w:t>
      </w:r>
    </w:p>
    <w:p w:rsidR="00AF0BF0" w:rsidRDefault="008804F4">
      <w:pPr>
        <w:pStyle w:val="ListBullet"/>
        <w:numPr>
          <w:ilvl w:val="0"/>
          <w:numId w:val="1"/>
        </w:numPr>
        <w:spacing w:after="40"/>
      </w:pPr>
      <w:r>
        <w:rPr>
          <w:rFonts w:ascii="Poppins" w:eastAsia="Poppins" w:hAnsi="Poppins"/>
          <w:sz w:val="20"/>
        </w:rPr>
        <w:t>Owner dapat mengecek total bahan terpakai selama bulan berjalan.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66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0"/>
                    <a:stretch>
                      <a:fillRect/>
                    </a:stretch>
                  </pic:blipFill>
                  <pic:spPr bwMode="auto">
                    <a:xfrm>
                      <a:off x="0" y="0"/>
                      <a:ext cx="6263640" cy="266065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4.32 Halaman Data Penggunaan Bahan</w:t>
      </w:r>
    </w:p>
    <w:p w:rsidR="00AF0BF0" w:rsidRDefault="00AF0BF0">
      <w:pPr>
        <w:spacing w:after="80" w:line="259" w:lineRule="auto"/>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8804F4">
      <w:pPr>
        <w:pStyle w:val="Heading2"/>
      </w:pPr>
      <w:r>
        <w:rPr>
          <w:rFonts w:ascii="Poppins" w:eastAsia="Poppins" w:hAnsi="Poppins"/>
        </w:rPr>
        <w:lastRenderedPageBreak/>
        <w:t>4.33 Halaman Data Bahan Rusak</w:t>
      </w:r>
      <w:r w:rsidR="004A4982">
        <w:rPr>
          <w:rFonts w:ascii="Poppins" w:eastAsia="Poppins" w:hAnsi="Poppins"/>
        </w:rPr>
        <w:br/>
      </w:r>
    </w:p>
    <w:p w:rsidR="00AF0BF0" w:rsidRDefault="008804F4">
      <w:pPr>
        <w:spacing w:after="80" w:line="259" w:lineRule="auto"/>
      </w:pPr>
      <w:r>
        <w:rPr>
          <w:rFonts w:ascii="Poppins" w:eastAsia="Poppins" w:hAnsi="Poppins"/>
        </w:rPr>
        <w:t>Menampilkan catatan bahan rusak atau bahan yang dikurangi karena kesalahan produksi. Data yang ditampilkan meliputi tanggal, bahan, jumlah, catatan penyebab, user, dan aksi hapus.</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Data bahan adalah master material yang dipakai untuk order, stok, pembelian, penggunaan, dan bahan rusak. Setiap bahan memiliki kategori, tipe, harga dasar, satuan, stok, batas minimum, serta status aktif.</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ALBATROS memiliki harga dasar Rp115.000/m² dan stok tertentu.</w:t>
      </w:r>
    </w:p>
    <w:p w:rsidR="00AF0BF0" w:rsidRDefault="008804F4">
      <w:pPr>
        <w:pStyle w:val="ListBullet"/>
        <w:numPr>
          <w:ilvl w:val="0"/>
          <w:numId w:val="1"/>
        </w:numPr>
        <w:spacing w:after="40"/>
      </w:pPr>
      <w:r>
        <w:rPr>
          <w:rFonts w:ascii="Poppins" w:eastAsia="Poppins" w:hAnsi="Poppins"/>
          <w:sz w:val="20"/>
        </w:rPr>
        <w:t>ART KARTON 210 GSM dicatat per lembar dan dapat ditandai Track Klik jika terkait penggunaan mesin.</w:t>
      </w:r>
    </w:p>
    <w:p w:rsidR="00AF0BF0" w:rsidRDefault="008804F4">
      <w:pPr>
        <w:pStyle w:val="ListBullet"/>
        <w:numPr>
          <w:ilvl w:val="0"/>
          <w:numId w:val="1"/>
        </w:numPr>
        <w:spacing w:after="40"/>
      </w:pPr>
      <w:r>
        <w:rPr>
          <w:rFonts w:ascii="Poppins" w:eastAsia="Poppins" w:hAnsi="Poppins"/>
          <w:sz w:val="20"/>
        </w:rPr>
        <w:t>Bahan yang stoknya di bawah minimum akan terbaca pada laporan stok rendah.</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34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1"/>
                    <a:stretch>
                      <a:fillRect/>
                    </a:stretch>
                  </pic:blipFill>
                  <pic:spPr bwMode="auto">
                    <a:xfrm>
                      <a:off x="0" y="0"/>
                      <a:ext cx="6263640" cy="283400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4.33 Halaman Data Bahan Rusak</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4.34 Halaman Data Stok</w:t>
      </w:r>
      <w:r w:rsidR="004A4982">
        <w:rPr>
          <w:rFonts w:ascii="Poppins" w:eastAsia="Poppins" w:hAnsi="Poppins"/>
        </w:rPr>
        <w:t>|</w:t>
      </w:r>
      <w:r w:rsidR="004A4982">
        <w:rPr>
          <w:rFonts w:ascii="Poppins" w:eastAsia="Poppins" w:hAnsi="Poppins"/>
        </w:rPr>
        <w:br/>
      </w:r>
    </w:p>
    <w:p w:rsidR="00AF0BF0" w:rsidRDefault="008804F4">
      <w:pPr>
        <w:spacing w:after="80" w:line="259" w:lineRule="auto"/>
      </w:pPr>
      <w:r>
        <w:rPr>
          <w:rFonts w:ascii="Poppins" w:eastAsia="Poppins" w:hAnsi="Poppins"/>
        </w:rPr>
        <w:t>Menampilkan ringkasan stok bahan, termasuk total bahan, stok rendah, stok habis, serta tabel stok dengan kategori, jumlah stok, minimum stok, dan status.</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Data stok menampilkan posisi stok akhir setiap bahan dibandingkan batas minimum. Modul ini menjadi dasar keputusan pembelian ulang dan mencegah bahan habis saat order sedang berjalan.</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Jika ART PAPER 190 GSM tersisa 87 lembar sementara minimum 100 lembar, status berubah menjadi Rendah.</w:t>
      </w:r>
    </w:p>
    <w:p w:rsidR="00AF0BF0" w:rsidRDefault="008804F4">
      <w:pPr>
        <w:pStyle w:val="ListBullet"/>
        <w:numPr>
          <w:ilvl w:val="0"/>
          <w:numId w:val="1"/>
        </w:numPr>
        <w:spacing w:after="40"/>
      </w:pPr>
      <w:r>
        <w:rPr>
          <w:rFonts w:ascii="Poppins" w:eastAsia="Poppins" w:hAnsi="Poppins"/>
          <w:sz w:val="20"/>
        </w:rPr>
        <w:t>Bahan dengan stok 0 akan masuk kategori Stok Habis.</w:t>
      </w:r>
    </w:p>
    <w:p w:rsidR="00AF0BF0" w:rsidRDefault="008804F4">
      <w:pPr>
        <w:pStyle w:val="ListBullet"/>
        <w:numPr>
          <w:ilvl w:val="0"/>
          <w:numId w:val="1"/>
        </w:numPr>
        <w:spacing w:after="40"/>
      </w:pPr>
      <w:r>
        <w:rPr>
          <w:rFonts w:ascii="Poppins" w:eastAsia="Poppins" w:hAnsi="Poppins"/>
          <w:sz w:val="20"/>
        </w:rPr>
        <w:t>Admin dapat menambahkan stok manual jika ada penyesuaian fisik gudang.</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669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2"/>
                    <a:stretch>
                      <a:fillRect/>
                    </a:stretch>
                  </pic:blipFill>
                  <pic:spPr bwMode="auto">
                    <a:xfrm>
                      <a:off x="0" y="0"/>
                      <a:ext cx="6263640" cy="266954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4.34 Halaman Data Stok</w:t>
      </w:r>
    </w:p>
    <w:p w:rsidR="00AF0BF0" w:rsidRDefault="00AF0BF0">
      <w:pPr>
        <w:spacing w:after="80" w:line="259" w:lineRule="auto"/>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8804F4">
      <w:pPr>
        <w:pStyle w:val="Heading2"/>
      </w:pPr>
      <w:r>
        <w:rPr>
          <w:rFonts w:ascii="Poppins" w:eastAsia="Poppins" w:hAnsi="Poppins"/>
        </w:rPr>
        <w:lastRenderedPageBreak/>
        <w:t>4.35 Halaman Stok Masuk</w:t>
      </w:r>
      <w:r w:rsidR="004A4982">
        <w:rPr>
          <w:rFonts w:ascii="Poppins" w:eastAsia="Poppins" w:hAnsi="Poppins"/>
        </w:rPr>
        <w:br/>
      </w:r>
    </w:p>
    <w:p w:rsidR="00AF0BF0" w:rsidRDefault="008804F4">
      <w:pPr>
        <w:spacing w:after="80" w:line="259" w:lineRule="auto"/>
      </w:pPr>
      <w:r>
        <w:rPr>
          <w:rFonts w:ascii="Poppins" w:eastAsia="Poppins" w:hAnsi="Poppins"/>
        </w:rPr>
        <w:t>Menampilkan riwayat stok masuk, baik dari input manual maupun pembelian. Data yang ditampilkan mencakup tanggal, bahan, jumlah, harga satuan, total, sumber, user, dan aksi.</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Stok masuk mencatat setiap penambahan bahan, baik dari pembelian maupun input manual. Riwayat ini membantu audit stok karena setiap penambahan memiliki tanggal, jumlah, harga satuan, total, sumber, dan user pencatat.</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Sticker Chromo bertambah 1.000 lembar dari input manual.</w:t>
      </w:r>
    </w:p>
    <w:p w:rsidR="00AF0BF0" w:rsidRDefault="008804F4">
      <w:pPr>
        <w:pStyle w:val="ListBullet"/>
        <w:numPr>
          <w:ilvl w:val="0"/>
          <w:numId w:val="1"/>
        </w:numPr>
        <w:spacing w:after="40"/>
      </w:pPr>
      <w:r>
        <w:rPr>
          <w:rFonts w:ascii="Poppins" w:eastAsia="Poppins" w:hAnsi="Poppins"/>
          <w:sz w:val="20"/>
        </w:rPr>
        <w:t>ALBATROS bertambah dari transaksi pembelian sehingga sumbernya tercatat sebagai Pembelian.</w:t>
      </w:r>
    </w:p>
    <w:p w:rsidR="00AF0BF0" w:rsidRDefault="008804F4">
      <w:pPr>
        <w:pStyle w:val="ListBullet"/>
        <w:numPr>
          <w:ilvl w:val="0"/>
          <w:numId w:val="1"/>
        </w:numPr>
        <w:spacing w:after="40"/>
      </w:pPr>
      <w:r>
        <w:rPr>
          <w:rFonts w:ascii="Poppins" w:eastAsia="Poppins" w:hAnsi="Poppins"/>
          <w:sz w:val="20"/>
        </w:rPr>
        <w:t>Jika stok fisik berbeda, admin dapat menambahkan stok manual dengan catatan penyesuaian.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15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3"/>
                    <a:stretch>
                      <a:fillRect/>
                    </a:stretch>
                  </pic:blipFill>
                  <pic:spPr bwMode="auto">
                    <a:xfrm>
                      <a:off x="0" y="0"/>
                      <a:ext cx="6263640" cy="281559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4.35 Halaman Stok Masuk</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4.36 Halaman Pembelian Stok</w:t>
      </w:r>
      <w:r w:rsidR="004A4982">
        <w:rPr>
          <w:rFonts w:ascii="Poppins" w:eastAsia="Poppins" w:hAnsi="Poppins"/>
        </w:rPr>
        <w:br/>
      </w:r>
    </w:p>
    <w:p w:rsidR="00AF0BF0" w:rsidRDefault="008804F4">
      <w:pPr>
        <w:spacing w:after="80" w:line="259" w:lineRule="auto"/>
      </w:pPr>
      <w:r>
        <w:rPr>
          <w:rFonts w:ascii="Poppins" w:eastAsia="Poppins" w:hAnsi="Poppins"/>
        </w:rPr>
        <w:t>Menampilkan dashboard pembelian bahan/stok dengan total pembelian, nilai pembelian, pembayaran yang sudah dilakukan, dan sisa hutang. Halaman ini juga menyediakan filter dan tombol tambah pembelian.</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Pembelian stok mengelola transaksi pembelian bahan dari supplier, termasuk nilai pembelian, pembayaran, status lunas atau belum, dan sisa hutang. Modul ini menghubungkan pembelian dengan stok masuk dan hutang supplier.</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Admin membuat pembelian bahan dari supplier lalu memilih status belum dibayar sehingga masuk ke hutang.</w:t>
      </w:r>
    </w:p>
    <w:p w:rsidR="00AF0BF0" w:rsidRDefault="008804F4">
      <w:pPr>
        <w:pStyle w:val="ListBullet"/>
        <w:numPr>
          <w:ilvl w:val="0"/>
          <w:numId w:val="1"/>
        </w:numPr>
        <w:spacing w:after="40"/>
      </w:pPr>
      <w:r>
        <w:rPr>
          <w:rFonts w:ascii="Poppins" w:eastAsia="Poppins" w:hAnsi="Poppins"/>
          <w:sz w:val="20"/>
        </w:rPr>
        <w:t>Jika sebagian dibayar, sistem menampilkan sudah dibayar dan sisa hutang.</w:t>
      </w:r>
    </w:p>
    <w:p w:rsidR="00AF0BF0" w:rsidRDefault="008804F4">
      <w:pPr>
        <w:pStyle w:val="ListBullet"/>
        <w:numPr>
          <w:ilvl w:val="0"/>
          <w:numId w:val="1"/>
        </w:numPr>
        <w:spacing w:after="40"/>
      </w:pPr>
      <w:r>
        <w:rPr>
          <w:rFonts w:ascii="Poppins" w:eastAsia="Poppins" w:hAnsi="Poppins"/>
          <w:sz w:val="20"/>
        </w:rPr>
        <w:t>Saat pembelian diproses, stok bahan terkait dapat bertambah otomatis.</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Fitur filter untuk menyaring data sesuai kebutuhan laporan atau pencarian.</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kontrol operasional produksi, stok bahan, dan biaya penggunaan mesin.</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5215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4"/>
                    <a:stretch>
                      <a:fillRect/>
                    </a:stretch>
                  </pic:blipFill>
                  <pic:spPr bwMode="auto">
                    <a:xfrm>
                      <a:off x="0" y="0"/>
                      <a:ext cx="6263640" cy="252158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4.36 Halaman Pembelian Stok</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4.37 Halaman Data Pengeluaran</w:t>
      </w:r>
      <w:r w:rsidR="004A4982">
        <w:rPr>
          <w:rFonts w:ascii="Poppins" w:eastAsia="Poppins" w:hAnsi="Poppins"/>
        </w:rPr>
        <w:br/>
      </w:r>
    </w:p>
    <w:p w:rsidR="00AF0BF0" w:rsidRDefault="008804F4">
      <w:pPr>
        <w:spacing w:after="80" w:line="259" w:lineRule="auto"/>
      </w:pPr>
      <w:r>
        <w:rPr>
          <w:rFonts w:ascii="Poppins" w:eastAsia="Poppins" w:hAnsi="Poppins"/>
        </w:rPr>
        <w:t>Digunakan untuk mencatat dan mengelola pengeluaran operasional. Data mencakup tanggal, kategori, jumlah, keterangan, user pencatat, serta aksi edit dan hapus.</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Data pengeluaran mencatat biaya operasional di luar pembelian bahan, misalnya listrik, bensin, kasbon, paket, peralatan kantor, dan kebutuhan toko lainnya. Modul ini membantu menghitung biaya operasional dan laba bersih.</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Pengeluaran Rp100.000 untuk kirim paket dicatat pada kategori Paket/Pengiriman.</w:t>
      </w:r>
    </w:p>
    <w:p w:rsidR="00AF0BF0" w:rsidRDefault="008804F4">
      <w:pPr>
        <w:pStyle w:val="ListBullet"/>
        <w:numPr>
          <w:ilvl w:val="0"/>
          <w:numId w:val="1"/>
        </w:numPr>
        <w:spacing w:after="40"/>
      </w:pPr>
      <w:r>
        <w:rPr>
          <w:rFonts w:ascii="Poppins" w:eastAsia="Poppins" w:hAnsi="Poppins"/>
          <w:sz w:val="20"/>
        </w:rPr>
        <w:t>Biaya listrik bulanan dicatat pada kategori Listrik.</w:t>
      </w:r>
    </w:p>
    <w:p w:rsidR="00AF0BF0" w:rsidRDefault="008804F4">
      <w:pPr>
        <w:pStyle w:val="ListBullet"/>
        <w:numPr>
          <w:ilvl w:val="0"/>
          <w:numId w:val="1"/>
        </w:numPr>
        <w:spacing w:after="40"/>
      </w:pPr>
      <w:r>
        <w:rPr>
          <w:rFonts w:ascii="Poppins" w:eastAsia="Poppins" w:hAnsi="Poppins"/>
          <w:sz w:val="20"/>
        </w:rPr>
        <w:t>Kasbon karyawan dicatat agar dapat direkap saat perhitungan gaji.</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378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5"/>
                    <a:stretch>
                      <a:fillRect/>
                    </a:stretch>
                  </pic:blipFill>
                  <pic:spPr bwMode="auto">
                    <a:xfrm>
                      <a:off x="0" y="0"/>
                      <a:ext cx="6263640" cy="283781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4.37 Halaman Data Pengeluaran</w:t>
      </w:r>
    </w:p>
    <w:p w:rsidR="00AF0BF0" w:rsidRDefault="00AF0BF0">
      <w:pPr>
        <w:spacing w:after="80" w:line="259" w:lineRule="auto"/>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8804F4">
      <w:pPr>
        <w:pStyle w:val="Heading2"/>
      </w:pPr>
      <w:r>
        <w:rPr>
          <w:rFonts w:ascii="Poppins" w:eastAsia="Poppins" w:hAnsi="Poppins"/>
        </w:rPr>
        <w:lastRenderedPageBreak/>
        <w:t>4.38 Halaman Jenis Pengeluaran</w:t>
      </w:r>
      <w:r w:rsidR="004A4982">
        <w:rPr>
          <w:rFonts w:ascii="Poppins" w:eastAsia="Poppins" w:hAnsi="Poppins"/>
        </w:rPr>
        <w:br/>
      </w:r>
    </w:p>
    <w:p w:rsidR="00AF0BF0" w:rsidRDefault="008804F4">
      <w:pPr>
        <w:spacing w:after="80" w:line="259" w:lineRule="auto"/>
      </w:pPr>
      <w:r>
        <w:rPr>
          <w:rFonts w:ascii="Poppins" w:eastAsia="Poppins" w:hAnsi="Poppins"/>
        </w:rPr>
        <w:t>Digunakan untuk mengelola kategori pengeluaran, seperti uang makan lembur, pengembalian dana konsumen, potong kertas, listrik, internet, kasbon karyawan, dan bensin/transport.</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Jenis pengeluaran adalah master kategori biaya. Dengan kategori yang konsisten, laporan pengeluaran bisa dikelompokkan dan dianalisis berdasarkan kebutuhan usaha.</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Bensin/Transport digunakan untuk biaya pengiriman atau operasional kendaraan.</w:t>
      </w:r>
    </w:p>
    <w:p w:rsidR="00AF0BF0" w:rsidRDefault="008804F4">
      <w:pPr>
        <w:pStyle w:val="ListBullet"/>
        <w:numPr>
          <w:ilvl w:val="0"/>
          <w:numId w:val="1"/>
        </w:numPr>
        <w:spacing w:after="40"/>
      </w:pPr>
      <w:r>
        <w:rPr>
          <w:rFonts w:ascii="Poppins" w:eastAsia="Poppins" w:hAnsi="Poppins"/>
          <w:sz w:val="20"/>
        </w:rPr>
        <w:t>Potong Kertas digunakan untuk biaya jasa potong di luar produksi internal.</w:t>
      </w:r>
    </w:p>
    <w:p w:rsidR="00AF0BF0" w:rsidRDefault="008804F4">
      <w:pPr>
        <w:pStyle w:val="ListBullet"/>
        <w:numPr>
          <w:ilvl w:val="0"/>
          <w:numId w:val="1"/>
        </w:numPr>
        <w:spacing w:after="40"/>
      </w:pPr>
      <w:r>
        <w:rPr>
          <w:rFonts w:ascii="Poppins" w:eastAsia="Poppins" w:hAnsi="Poppins"/>
          <w:sz w:val="20"/>
        </w:rPr>
        <w:t>Uang Makan Lembur digunakan untuk biaya tambahan saat produksi melewati jam kerja.</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92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6"/>
                    <a:stretch>
                      <a:fillRect/>
                    </a:stretch>
                  </pic:blipFill>
                  <pic:spPr bwMode="auto">
                    <a:xfrm>
                      <a:off x="0" y="0"/>
                      <a:ext cx="6263640" cy="279209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4.38 Halaman Jenis Pengeluaran</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4.39 Halaman Data Pelanggan</w:t>
      </w:r>
      <w:r w:rsidR="004A4982">
        <w:rPr>
          <w:rFonts w:ascii="Poppins" w:eastAsia="Poppins" w:hAnsi="Poppins"/>
        </w:rPr>
        <w:br/>
      </w:r>
    </w:p>
    <w:p w:rsidR="00AF0BF0" w:rsidRDefault="008804F4">
      <w:pPr>
        <w:spacing w:after="80" w:line="259" w:lineRule="auto"/>
      </w:pPr>
      <w:r>
        <w:rPr>
          <w:rFonts w:ascii="Poppins" w:eastAsia="Poppins" w:hAnsi="Poppins"/>
        </w:rPr>
        <w:t>Menampilkan daftar pelanggan beserta jenis member, nomor HP, email, alamat, serta aksi edit dan hapus. Halaman ini juga menyediakan fitur cetak dan tambah pelanggan.</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Data pelanggan menyimpan identitas customer seperti nama, nomor HP, email, alamat, dan jenis member. Informasi ini mempercepat pembuatan order serta memudahkan pencarian riwayat transaksi pelanggan.</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Customer Robertson diberi jenis member Percetakan.</w:t>
      </w:r>
    </w:p>
    <w:p w:rsidR="00AF0BF0" w:rsidRDefault="008804F4">
      <w:pPr>
        <w:pStyle w:val="ListBullet"/>
        <w:numPr>
          <w:ilvl w:val="0"/>
          <w:numId w:val="1"/>
        </w:numPr>
        <w:spacing w:after="40"/>
      </w:pPr>
      <w:r>
        <w:rPr>
          <w:rFonts w:ascii="Poppins" w:eastAsia="Poppins" w:hAnsi="Poppins"/>
          <w:sz w:val="20"/>
        </w:rPr>
        <w:t>Kasir mencari pelanggan berdasarkan nama atau nomor HP saat membuat invoice.</w:t>
      </w:r>
    </w:p>
    <w:p w:rsidR="00AF0BF0" w:rsidRDefault="008804F4">
      <w:pPr>
        <w:pStyle w:val="ListBullet"/>
        <w:numPr>
          <w:ilvl w:val="0"/>
          <w:numId w:val="1"/>
        </w:numPr>
        <w:spacing w:after="40"/>
      </w:pPr>
      <w:r>
        <w:rPr>
          <w:rFonts w:ascii="Poppins" w:eastAsia="Poppins" w:hAnsi="Poppins"/>
          <w:sz w:val="20"/>
        </w:rPr>
        <w:t>Data pelanggan dapat dicetak untuk kebutuhan arsip atau promosi.</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0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7"/>
                    <a:stretch>
                      <a:fillRect/>
                    </a:stretch>
                  </pic:blipFill>
                  <pic:spPr bwMode="auto">
                    <a:xfrm>
                      <a:off x="0" y="0"/>
                      <a:ext cx="6263640" cy="280670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4.39 Halaman Data Pelanggan</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AF0BF0">
      <w:pPr>
        <w:spacing w:after="80" w:line="259" w:lineRule="auto"/>
      </w:pPr>
    </w:p>
    <w:p w:rsidR="00AF0BF0" w:rsidRDefault="008804F4">
      <w:pPr>
        <w:pStyle w:val="Heading2"/>
      </w:pPr>
      <w:r>
        <w:rPr>
          <w:rFonts w:ascii="Poppins" w:eastAsia="Poppins" w:hAnsi="Poppins"/>
        </w:rPr>
        <w:lastRenderedPageBreak/>
        <w:t>4.40 Halaman Rekening Pembayaran</w:t>
      </w:r>
      <w:r w:rsidR="004A4982">
        <w:rPr>
          <w:rFonts w:ascii="Poppins" w:eastAsia="Poppins" w:hAnsi="Poppins"/>
        </w:rPr>
        <w:br/>
      </w:r>
    </w:p>
    <w:p w:rsidR="00AF0BF0" w:rsidRDefault="008804F4">
      <w:pPr>
        <w:spacing w:after="80" w:line="259" w:lineRule="auto"/>
      </w:pPr>
      <w:r>
        <w:rPr>
          <w:rFonts w:ascii="Poppins" w:eastAsia="Poppins" w:hAnsi="Poppins"/>
        </w:rPr>
        <w:t>Digunakan untuk mengelola rekening pembayaran toko, baik bank maupun e-wallet. Informasi meliputi nama rekening, tipe, provider, nomor rekening, pemilik, status, dan aksi.</w:t>
      </w:r>
      <w:r w:rsidR="004A4982">
        <w:rPr>
          <w:rFonts w:ascii="Poppins" w:eastAsia="Poppins" w:hAnsi="Poppins"/>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Rekening pembayaran menyimpan daftar rekening bank atau e-wallet yang digunakan untuk menerima pembayaran. Data ini dipakai saat kasir mencatat pembayaran non-tunai agar sumber kas masuk jelas.</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Pembayaran transfer ke BRI dicatat ke rekening BRI milik Budi Santoso.</w:t>
      </w:r>
    </w:p>
    <w:p w:rsidR="00AF0BF0" w:rsidRDefault="008804F4">
      <w:pPr>
        <w:pStyle w:val="ListBullet"/>
        <w:numPr>
          <w:ilvl w:val="0"/>
          <w:numId w:val="1"/>
        </w:numPr>
        <w:spacing w:after="40"/>
      </w:pPr>
      <w:r>
        <w:rPr>
          <w:rFonts w:ascii="Poppins" w:eastAsia="Poppins" w:hAnsi="Poppins"/>
          <w:sz w:val="20"/>
        </w:rPr>
        <w:t>Kasir memilih Mandiri atau BCA sesuai bukti transfer customer.</w:t>
      </w:r>
    </w:p>
    <w:p w:rsidR="00AF0BF0" w:rsidRDefault="008804F4">
      <w:pPr>
        <w:pStyle w:val="ListBullet"/>
        <w:numPr>
          <w:ilvl w:val="0"/>
          <w:numId w:val="1"/>
        </w:numPr>
        <w:spacing w:after="40"/>
      </w:pPr>
      <w:r>
        <w:rPr>
          <w:rFonts w:ascii="Poppins" w:eastAsia="Poppins" w:hAnsi="Poppins"/>
          <w:sz w:val="20"/>
        </w:rPr>
        <w:t>Rekening yang tidak digunakan dapat dinonaktifkan agar tidak muncul di pilihan pembayaran.</w:t>
      </w:r>
    </w:p>
    <w:p w:rsidR="00AF0BF0" w:rsidRDefault="008804F4">
      <w:pPr>
        <w:pStyle w:val="Heading3"/>
        <w:spacing w:before="120" w:after="40"/>
      </w:pPr>
      <w:r>
        <w:rPr>
          <w:rFonts w:ascii="Poppins" w:eastAsia="Poppins" w:hAnsi="Poppins"/>
          <w:color w:val="2563EB"/>
        </w:rPr>
        <w:t>Elemen penting:</w:t>
      </w:r>
    </w:p>
    <w:p w:rsidR="00AF0BF0" w:rsidRDefault="008804F4">
      <w:pPr>
        <w:pStyle w:val="ListBullet"/>
        <w:numPr>
          <w:ilvl w:val="0"/>
          <w:numId w:val="1"/>
        </w:numPr>
        <w:spacing w:after="40"/>
      </w:pPr>
      <w:r>
        <w:rPr>
          <w:rFonts w:ascii="Poppins" w:eastAsia="Poppins" w:hAnsi="Poppins"/>
          <w:sz w:val="20"/>
        </w:rPr>
        <w:t>Tabel/ringkasan data utama untuk membantu pengguna membaca informasi secara cepat.</w:t>
      </w:r>
    </w:p>
    <w:p w:rsidR="00AF0BF0" w:rsidRDefault="008804F4">
      <w:pPr>
        <w:pStyle w:val="ListBullet"/>
        <w:numPr>
          <w:ilvl w:val="0"/>
          <w:numId w:val="1"/>
        </w:numPr>
        <w:spacing w:after="40"/>
      </w:pPr>
      <w:r>
        <w:rPr>
          <w:rFonts w:ascii="Poppins" w:eastAsia="Poppins" w:hAnsi="Poppins"/>
          <w:sz w:val="20"/>
        </w:rPr>
        <w:t>Tombol aksi untuk menambah, mengubah, menghapus, mencetak, atau memproses data terkait.</w:t>
      </w:r>
    </w:p>
    <w:p w:rsidR="00AF0BF0" w:rsidRDefault="008804F4">
      <w:pPr>
        <w:pStyle w:val="ListBullet"/>
        <w:numPr>
          <w:ilvl w:val="0"/>
          <w:numId w:val="1"/>
        </w:numPr>
        <w:spacing w:after="40"/>
      </w:pPr>
      <w:r>
        <w:rPr>
          <w:rFonts w:ascii="Poppins" w:eastAsia="Poppins" w:hAnsi="Poppins"/>
          <w:sz w:val="20"/>
        </w:rPr>
        <w:t>Mendukung pencatatan dan pelaporan keuangan agar data lebih mudah diaudit.</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58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8"/>
                    <a:stretch>
                      <a:fillRect/>
                    </a:stretch>
                  </pic:blipFill>
                  <pic:spPr bwMode="auto">
                    <a:xfrm>
                      <a:off x="0" y="0"/>
                      <a:ext cx="6263640" cy="275844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rPr>
        <w:t>Gambar 4.40 Halaman Rekening Pembayaran</w:t>
      </w:r>
    </w:p>
    <w:p w:rsidR="00AF0BF0" w:rsidRDefault="00AF0BF0">
      <w:pPr>
        <w:spacing w:after="80" w:line="259" w:lineRule="auto"/>
      </w:pPr>
    </w:p>
    <w:p w:rsidR="00AF0BF0" w:rsidRDefault="008804F4">
      <w:pPr>
        <w:spacing w:after="80" w:line="259" w:lineRule="auto"/>
      </w:pPr>
      <w:r>
        <w:br w:type="page"/>
      </w:r>
    </w:p>
    <w:p w:rsidR="00AF0BF0" w:rsidRDefault="008804F4">
      <w:pPr>
        <w:pStyle w:val="Heading2"/>
        <w:spacing w:before="0"/>
      </w:pPr>
      <w:r>
        <w:rPr>
          <w:rFonts w:ascii="Poppins" w:eastAsia="Poppins" w:hAnsi="Poppins"/>
          <w:sz w:val="28"/>
        </w:rPr>
        <w:lastRenderedPageBreak/>
        <w:t>4.41 Halaman Manajemen User</w:t>
      </w:r>
      <w:r w:rsidR="004A4982">
        <w:rPr>
          <w:rFonts w:ascii="Poppins" w:eastAsia="Poppins" w:hAnsi="Poppins"/>
          <w:sz w:val="28"/>
        </w:rPr>
        <w:br/>
      </w:r>
    </w:p>
    <w:p w:rsidR="00AF0BF0" w:rsidRDefault="008804F4">
      <w:pPr>
        <w:spacing w:after="80" w:line="259" w:lineRule="auto"/>
      </w:pPr>
      <w:r>
        <w:rPr>
          <w:rFonts w:ascii="Poppins" w:eastAsia="Poppins" w:hAnsi="Poppins"/>
          <w:sz w:val="19"/>
        </w:rPr>
        <w:t>Halaman Manajemen User digunakan untuk mengelola akun pengguna sistem, pencarian pengguna, filter role, status akun, serta aksi pengelolaan. Halaman ini memastikan setiap pengguna memiliki role yang sesuai dengan tanggung jawabnya.</w:t>
      </w:r>
      <w:r w:rsidR="004A4982">
        <w:rPr>
          <w:rFonts w:ascii="Poppins" w:eastAsia="Poppins" w:hAnsi="Poppins"/>
          <w:sz w:val="19"/>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Manajemen user mengatur akun pengguna aplikasi. Setiap user memiliki email login, role, status aktif, dan aksi pengelolaan. Modul ini memastikan orang yang masuk sistem memiliki hak sesuai tugasnya.</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Citra Lestari diberi role Designer sehingga fokus pada proses desain.</w:t>
      </w:r>
    </w:p>
    <w:p w:rsidR="00AF0BF0" w:rsidRDefault="008804F4">
      <w:pPr>
        <w:pStyle w:val="ListBullet"/>
        <w:numPr>
          <w:ilvl w:val="0"/>
          <w:numId w:val="1"/>
        </w:numPr>
        <w:spacing w:after="40"/>
      </w:pPr>
      <w:r>
        <w:rPr>
          <w:rFonts w:ascii="Poppins" w:eastAsia="Poppins" w:hAnsi="Poppins"/>
          <w:sz w:val="20"/>
        </w:rPr>
        <w:t>Dewi Anggraini diberi role Kasir untuk mengelola pembayaran.</w:t>
      </w:r>
    </w:p>
    <w:p w:rsidR="00AF0BF0" w:rsidRDefault="008804F4">
      <w:pPr>
        <w:pStyle w:val="ListBullet"/>
        <w:numPr>
          <w:ilvl w:val="0"/>
          <w:numId w:val="1"/>
        </w:numPr>
        <w:spacing w:after="40"/>
      </w:pPr>
      <w:r>
        <w:rPr>
          <w:rFonts w:ascii="Poppins" w:eastAsia="Poppins" w:hAnsi="Poppins"/>
          <w:sz w:val="20"/>
        </w:rPr>
        <w:t>User yang sudah tidak bekerja dapat dinonaktifkan agar tidak bisa login.</w:t>
      </w:r>
    </w:p>
    <w:p w:rsidR="00AF0BF0" w:rsidRDefault="008804F4">
      <w:pPr>
        <w:pStyle w:val="ListBullet"/>
        <w:numPr>
          <w:ilvl w:val="0"/>
          <w:numId w:val="1"/>
        </w:numPr>
        <w:spacing w:after="40"/>
      </w:pPr>
      <w:r>
        <w:rPr>
          <w:rFonts w:ascii="Poppins" w:eastAsia="Poppins" w:hAnsi="Poppins"/>
          <w:sz w:val="20"/>
        </w:rPr>
        <w:t>Menampilkan daftar user lengkap dengan nama, email, role, status, dan aksi.</w:t>
      </w:r>
    </w:p>
    <w:p w:rsidR="00AF0BF0" w:rsidRDefault="008804F4">
      <w:pPr>
        <w:pStyle w:val="ListBullet"/>
        <w:numPr>
          <w:ilvl w:val="0"/>
          <w:numId w:val="1"/>
        </w:numPr>
        <w:spacing w:after="40"/>
      </w:pPr>
      <w:r>
        <w:rPr>
          <w:rFonts w:ascii="Poppins" w:eastAsia="Poppins" w:hAnsi="Poppins"/>
          <w:sz w:val="20"/>
        </w:rPr>
        <w:t>Tersedia pencarian nama/email dan filter role untuk mempercepat administrasi.</w:t>
      </w:r>
    </w:p>
    <w:p w:rsidR="00AF0BF0" w:rsidRDefault="008804F4">
      <w:pPr>
        <w:pStyle w:val="ListBullet"/>
        <w:numPr>
          <w:ilvl w:val="0"/>
          <w:numId w:val="1"/>
        </w:numPr>
        <w:spacing w:after="40"/>
      </w:pPr>
      <w:r>
        <w:rPr>
          <w:rFonts w:ascii="Poppins" w:eastAsia="Poppins" w:hAnsi="Poppins"/>
          <w:sz w:val="20"/>
        </w:rPr>
        <w:t>Aksi edit dan nonaktifkan akun tersedia sesuai kebutuhan pengelolaan pengguna.</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49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9"/>
                    <a:stretch>
                      <a:fillRect/>
                    </a:stretch>
                  </pic:blipFill>
                  <pic:spPr bwMode="auto">
                    <a:xfrm>
                      <a:off x="0" y="0"/>
                      <a:ext cx="6263640" cy="2749550"/>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7"/>
        </w:rPr>
        <w:t>Gambar 4.41 Halaman Manajemen User</w:t>
      </w:r>
    </w:p>
    <w:p w:rsidR="00AF0BF0" w:rsidRDefault="008804F4">
      <w:pPr>
        <w:spacing w:after="80" w:line="259" w:lineRule="auto"/>
      </w:pPr>
      <w:r>
        <w:br w:type="page"/>
      </w:r>
    </w:p>
    <w:p w:rsidR="00AF0BF0" w:rsidRDefault="008804F4">
      <w:pPr>
        <w:pStyle w:val="Heading2"/>
        <w:spacing w:before="0"/>
      </w:pPr>
      <w:r>
        <w:rPr>
          <w:rFonts w:ascii="Poppins" w:eastAsia="Poppins" w:hAnsi="Poppins"/>
          <w:sz w:val="28"/>
        </w:rPr>
        <w:lastRenderedPageBreak/>
        <w:t>4.42 Halaman Manajemen Role</w:t>
      </w:r>
      <w:r w:rsidR="004A4982">
        <w:rPr>
          <w:rFonts w:ascii="Poppins" w:eastAsia="Poppins" w:hAnsi="Poppins"/>
          <w:sz w:val="28"/>
        </w:rPr>
        <w:br/>
      </w:r>
    </w:p>
    <w:p w:rsidR="00AF0BF0" w:rsidRDefault="008804F4">
      <w:pPr>
        <w:spacing w:after="80" w:line="259" w:lineRule="auto"/>
      </w:pPr>
      <w:r>
        <w:rPr>
          <w:rFonts w:ascii="Poppins" w:eastAsia="Poppins" w:hAnsi="Poppins"/>
          <w:sz w:val="19"/>
        </w:rPr>
        <w:t>Halaman Manajemen Role berfungsi untuk mengatur daftar peran dan permission pada sistem. Pengaturan ini menjadi dasar pembatasan akses agar pengguna hanya dapat membuka menu sesuai kewenangannya.</w:t>
      </w:r>
      <w:r w:rsidR="004A4982">
        <w:rPr>
          <w:rFonts w:ascii="Poppins" w:eastAsia="Poppins" w:hAnsi="Poppins"/>
          <w:sz w:val="19"/>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Manajemen role menentukan izin akses setiap peran. Permission yang granular membuat owner dapat mengatur menu apa saja yang boleh dilihat, dibuat, diubah, atau dihapus oleh masing-masing role.</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Role Kasir diberi izin process payments, view finance, dan manage deposits.</w:t>
      </w:r>
    </w:p>
    <w:p w:rsidR="00AF0BF0" w:rsidRDefault="008804F4">
      <w:pPr>
        <w:pStyle w:val="ListBullet"/>
        <w:numPr>
          <w:ilvl w:val="0"/>
          <w:numId w:val="1"/>
        </w:numPr>
        <w:spacing w:after="40"/>
      </w:pPr>
      <w:r>
        <w:rPr>
          <w:rFonts w:ascii="Poppins" w:eastAsia="Poppins" w:hAnsi="Poppins"/>
          <w:sz w:val="20"/>
        </w:rPr>
        <w:t>Role Operator diberi izin update production, manage stock, dan view materials.</w:t>
      </w:r>
    </w:p>
    <w:p w:rsidR="00AF0BF0" w:rsidRDefault="008804F4">
      <w:pPr>
        <w:pStyle w:val="ListBullet"/>
        <w:numPr>
          <w:ilvl w:val="0"/>
          <w:numId w:val="1"/>
        </w:numPr>
        <w:spacing w:after="40"/>
      </w:pPr>
      <w:r>
        <w:rPr>
          <w:rFonts w:ascii="Poppins" w:eastAsia="Poppins" w:hAnsi="Poppins"/>
          <w:sz w:val="20"/>
        </w:rPr>
        <w:t>Role Designer hanya diberi akses order, customer, produk, dan fungsi desain yang relevan.</w:t>
      </w:r>
    </w:p>
    <w:p w:rsidR="00AF0BF0" w:rsidRDefault="008804F4">
      <w:pPr>
        <w:pStyle w:val="ListBullet"/>
        <w:numPr>
          <w:ilvl w:val="0"/>
          <w:numId w:val="1"/>
        </w:numPr>
        <w:spacing w:after="40"/>
      </w:pPr>
      <w:r>
        <w:rPr>
          <w:rFonts w:ascii="Poppins" w:eastAsia="Poppins" w:hAnsi="Poppins"/>
          <w:sz w:val="20"/>
        </w:rPr>
        <w:t>Menampilkan role seperti Developer, Owner, Designer, Kasir, Operator, SPV, Administrasi, dan Finishing.</w:t>
      </w:r>
    </w:p>
    <w:p w:rsidR="00AF0BF0" w:rsidRDefault="008804F4">
      <w:pPr>
        <w:pStyle w:val="ListBullet"/>
        <w:numPr>
          <w:ilvl w:val="0"/>
          <w:numId w:val="1"/>
        </w:numPr>
        <w:spacing w:after="40"/>
      </w:pPr>
      <w:r>
        <w:rPr>
          <w:rFonts w:ascii="Poppins" w:eastAsia="Poppins" w:hAnsi="Poppins"/>
          <w:sz w:val="20"/>
        </w:rPr>
        <w:t>Permission ditampilkan dalam bentuk label agar mudah dibaca dan diperiksa.</w:t>
      </w:r>
    </w:p>
    <w:p w:rsidR="00AF0BF0" w:rsidRDefault="008804F4">
      <w:pPr>
        <w:pStyle w:val="ListBullet"/>
        <w:numPr>
          <w:ilvl w:val="0"/>
          <w:numId w:val="1"/>
        </w:numPr>
        <w:spacing w:after="40"/>
      </w:pPr>
      <w:r>
        <w:rPr>
          <w:rFonts w:ascii="Poppins" w:eastAsia="Poppins" w:hAnsi="Poppins"/>
          <w:sz w:val="20"/>
        </w:rPr>
        <w:t>Admin dapat menambahkan, mengubah, atau menghapus role yang tersedia.</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97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50"/>
                    <a:stretch>
                      <a:fillRect/>
                    </a:stretch>
                  </pic:blipFill>
                  <pic:spPr bwMode="auto">
                    <a:xfrm>
                      <a:off x="0" y="0"/>
                      <a:ext cx="6263640" cy="279717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7"/>
        </w:rPr>
        <w:t>Gambar 4.42 Halaman Manajemen Role</w:t>
      </w:r>
    </w:p>
    <w:p w:rsidR="00AF0BF0" w:rsidRDefault="008804F4">
      <w:pPr>
        <w:spacing w:after="80" w:line="259" w:lineRule="auto"/>
      </w:pPr>
      <w:r>
        <w:br w:type="page"/>
      </w:r>
    </w:p>
    <w:p w:rsidR="00AF0BF0" w:rsidRDefault="008804F4">
      <w:pPr>
        <w:pStyle w:val="Heading2"/>
        <w:spacing w:before="0"/>
      </w:pPr>
      <w:r>
        <w:rPr>
          <w:rFonts w:ascii="Poppins" w:eastAsia="Poppins" w:hAnsi="Poppins"/>
          <w:sz w:val="28"/>
        </w:rPr>
        <w:lastRenderedPageBreak/>
        <w:t>4.43 Halaman Data Karyawan</w:t>
      </w:r>
      <w:r w:rsidR="004A4982">
        <w:rPr>
          <w:rFonts w:ascii="Poppins" w:eastAsia="Poppins" w:hAnsi="Poppins"/>
          <w:sz w:val="28"/>
        </w:rPr>
        <w:br/>
      </w:r>
    </w:p>
    <w:p w:rsidR="00AF0BF0" w:rsidRDefault="008804F4">
      <w:pPr>
        <w:spacing w:after="80" w:line="259" w:lineRule="auto"/>
      </w:pPr>
      <w:r>
        <w:rPr>
          <w:rFonts w:ascii="Poppins" w:eastAsia="Poppins" w:hAnsi="Poppins"/>
          <w:sz w:val="19"/>
        </w:rPr>
        <w:t>Halaman Data Karyawan pada modul SDM digunakan untuk mencatat dan mengelola data pegawai. Data yang ditampilkan meliputi identitas karyawan, akun login, jabatan, nomor HP, gaji pokok, status, dan aksi.</w:t>
      </w:r>
      <w:r w:rsidR="004A4982">
        <w:rPr>
          <w:rFonts w:ascii="Poppins" w:eastAsia="Poppins" w:hAnsi="Poppins"/>
          <w:sz w:val="19"/>
        </w:rPr>
        <w:br/>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Data karyawan menyimpan identitas pegawai, jabatan, akun login, nomor HP, gaji pokok, dan status. Data ini menjadi dasar absensi, penggajian, serta hubungan antara user sistem dan karyawan operasional.</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Indra Kurniawan dicatat sebagai Operator dengan gaji pokok tertentu.</w:t>
      </w:r>
    </w:p>
    <w:p w:rsidR="00AF0BF0" w:rsidRDefault="008804F4">
      <w:pPr>
        <w:pStyle w:val="ListBullet"/>
        <w:numPr>
          <w:ilvl w:val="0"/>
          <w:numId w:val="1"/>
        </w:numPr>
        <w:spacing w:after="40"/>
      </w:pPr>
      <w:r>
        <w:rPr>
          <w:rFonts w:ascii="Poppins" w:eastAsia="Poppins" w:hAnsi="Poppins"/>
          <w:sz w:val="20"/>
        </w:rPr>
        <w:t>Karyawan yang belum dihubungkan dengan akun login tetap bisa masuk data payroll.</w:t>
      </w:r>
    </w:p>
    <w:p w:rsidR="00AF0BF0" w:rsidRDefault="008804F4">
      <w:pPr>
        <w:pStyle w:val="ListBullet"/>
        <w:numPr>
          <w:ilvl w:val="0"/>
          <w:numId w:val="1"/>
        </w:numPr>
        <w:spacing w:after="40"/>
      </w:pPr>
      <w:r>
        <w:rPr>
          <w:rFonts w:ascii="Poppins" w:eastAsia="Poppins" w:hAnsi="Poppins"/>
          <w:sz w:val="20"/>
        </w:rPr>
        <w:t>Admin memfilter karyawan berdasarkan nama, ID, atau jabatan.</w:t>
      </w:r>
    </w:p>
    <w:p w:rsidR="00AF0BF0" w:rsidRDefault="008804F4">
      <w:pPr>
        <w:pStyle w:val="ListBullet"/>
        <w:numPr>
          <w:ilvl w:val="0"/>
          <w:numId w:val="1"/>
        </w:numPr>
        <w:spacing w:after="40"/>
      </w:pPr>
      <w:r>
        <w:rPr>
          <w:rFonts w:ascii="Poppins" w:eastAsia="Poppins" w:hAnsi="Poppins"/>
          <w:sz w:val="20"/>
        </w:rPr>
        <w:t>Menampilkan ID, nama, akun login, jabatan, nomor HP, gaji pokok, serta status karyawan.</w:t>
      </w:r>
    </w:p>
    <w:p w:rsidR="00AF0BF0" w:rsidRDefault="008804F4">
      <w:pPr>
        <w:pStyle w:val="ListBullet"/>
        <w:numPr>
          <w:ilvl w:val="0"/>
          <w:numId w:val="1"/>
        </w:numPr>
        <w:spacing w:after="40"/>
      </w:pPr>
      <w:r>
        <w:rPr>
          <w:rFonts w:ascii="Poppins" w:eastAsia="Poppins" w:hAnsi="Poppins"/>
          <w:sz w:val="20"/>
        </w:rPr>
        <w:t>Kolom akun login menunjukkan apakah karyawan sudah terhubung dengan akun pengguna sistem.</w:t>
      </w:r>
    </w:p>
    <w:p w:rsidR="00AF0BF0" w:rsidRDefault="008804F4">
      <w:pPr>
        <w:pStyle w:val="ListBullet"/>
        <w:numPr>
          <w:ilvl w:val="0"/>
          <w:numId w:val="1"/>
        </w:numPr>
        <w:spacing w:after="40"/>
      </w:pPr>
      <w:r>
        <w:rPr>
          <w:rFonts w:ascii="Poppins" w:eastAsia="Poppins" w:hAnsi="Poppins"/>
          <w:sz w:val="20"/>
        </w:rPr>
        <w:t>Gaji pokok digunakan sebagai dasar otomatis saat input payroll.</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822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1"/>
                    <a:stretch>
                      <a:fillRect/>
                    </a:stretch>
                  </pic:blipFill>
                  <pic:spPr bwMode="auto">
                    <a:xfrm>
                      <a:off x="0" y="0"/>
                      <a:ext cx="6263640" cy="282257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7"/>
        </w:rPr>
        <w:t>Gambar 4.43 Halaman Data Karyawan</w:t>
      </w:r>
    </w:p>
    <w:p w:rsidR="00AF0BF0" w:rsidRDefault="008804F4">
      <w:pPr>
        <w:spacing w:after="80" w:line="259" w:lineRule="auto"/>
      </w:pPr>
      <w:r>
        <w:br w:type="page"/>
      </w:r>
    </w:p>
    <w:p w:rsidR="00AF0BF0" w:rsidRDefault="008804F4">
      <w:pPr>
        <w:pStyle w:val="Heading2"/>
        <w:spacing w:before="0"/>
      </w:pPr>
      <w:r>
        <w:rPr>
          <w:rFonts w:ascii="Poppins" w:eastAsia="Poppins" w:hAnsi="Poppins"/>
          <w:sz w:val="28"/>
        </w:rPr>
        <w:lastRenderedPageBreak/>
        <w:t>4.44 Dashboard Finishing</w:t>
      </w:r>
      <w:r w:rsidR="004A4982">
        <w:rPr>
          <w:rFonts w:ascii="Poppins" w:eastAsia="Poppins" w:hAnsi="Poppins"/>
          <w:sz w:val="28"/>
        </w:rPr>
        <w:br/>
      </w:r>
    </w:p>
    <w:p w:rsidR="00AF0BF0" w:rsidRDefault="008804F4">
      <w:pPr>
        <w:spacing w:after="80" w:line="259" w:lineRule="auto"/>
      </w:pPr>
      <w:r>
        <w:rPr>
          <w:rFonts w:ascii="Poppins" w:eastAsia="Poppins" w:hAnsi="Poppins"/>
          <w:sz w:val="19"/>
        </w:rPr>
        <w:t>Dashboard Finishing adalah tampilan khusus untuk petugas finishing dalam memantau pekerjaan yang sudah masuk tahap akhir. Halaman ini menampilkan antrean finishing, pekerjaan dalam proses, pekerjaan selesai hari ini, dan order yang siap diambil</w:t>
      </w:r>
      <w:r w:rsidR="004A4982">
        <w:rPr>
          <w:rFonts w:ascii="Poppins" w:eastAsia="Poppins" w:hAnsi="Poppins"/>
          <w:sz w:val="19"/>
        </w:rPr>
        <w:br/>
      </w:r>
      <w:r>
        <w:rPr>
          <w:rFonts w:ascii="Poppins" w:eastAsia="Poppins" w:hAnsi="Poppins"/>
          <w:sz w:val="19"/>
        </w:rPr>
        <w:t>.</w:t>
      </w:r>
    </w:p>
    <w:p w:rsidR="00AF0BF0" w:rsidRDefault="008804F4">
      <w:pPr>
        <w:pStyle w:val="Heading3"/>
        <w:spacing w:before="120" w:after="40"/>
      </w:pPr>
      <w:r>
        <w:rPr>
          <w:rFonts w:ascii="Poppins" w:eastAsia="Poppins" w:hAnsi="Poppins"/>
          <w:color w:val="2563EB"/>
        </w:rPr>
        <w:t>Penjelasan detail:</w:t>
      </w:r>
    </w:p>
    <w:p w:rsidR="00AF0BF0" w:rsidRDefault="008804F4">
      <w:pPr>
        <w:spacing w:after="80" w:line="259" w:lineRule="auto"/>
      </w:pPr>
      <w:r>
        <w:rPr>
          <w:rFonts w:ascii="Poppins" w:eastAsia="Poppins" w:hAnsi="Poppins"/>
        </w:rPr>
        <w:t>Dashboard finishing adalah layar kerja untuk tim finishing. Fokusnya bukan keuangan, tetapi antrian, proses, item siap diambil, dan tombol tindakan agar finishing dapat memperbarui status order secara cepat.</w:t>
      </w:r>
    </w:p>
    <w:p w:rsidR="00AF0BF0" w:rsidRDefault="008804F4">
      <w:pPr>
        <w:pStyle w:val="Heading3"/>
        <w:spacing w:before="120" w:after="40"/>
      </w:pPr>
      <w:r>
        <w:rPr>
          <w:rFonts w:ascii="Poppins" w:eastAsia="Poppins" w:hAnsi="Poppins"/>
          <w:color w:val="2563EB"/>
        </w:rPr>
        <w:t>Contoh penggunaan:</w:t>
      </w:r>
    </w:p>
    <w:p w:rsidR="00AF0BF0" w:rsidRDefault="008804F4">
      <w:pPr>
        <w:pStyle w:val="ListBullet"/>
        <w:numPr>
          <w:ilvl w:val="0"/>
          <w:numId w:val="1"/>
        </w:numPr>
        <w:spacing w:after="40"/>
      </w:pPr>
      <w:r>
        <w:rPr>
          <w:rFonts w:ascii="Poppins" w:eastAsia="Poppins" w:hAnsi="Poppins"/>
          <w:sz w:val="20"/>
        </w:rPr>
        <w:t>Petugas melihat 14 antrian finishing dan menekan tombol Selesai setelah pekerjaan selesai.</w:t>
      </w:r>
    </w:p>
    <w:p w:rsidR="00AF0BF0" w:rsidRDefault="008804F4">
      <w:pPr>
        <w:pStyle w:val="ListBullet"/>
        <w:numPr>
          <w:ilvl w:val="0"/>
          <w:numId w:val="1"/>
        </w:numPr>
        <w:spacing w:after="40"/>
      </w:pPr>
      <w:r>
        <w:rPr>
          <w:rFonts w:ascii="Poppins" w:eastAsia="Poppins" w:hAnsi="Poppins"/>
          <w:sz w:val="20"/>
        </w:rPr>
        <w:t>Item yang belum cocok dapat dikembalikan ke proses cetak.</w:t>
      </w:r>
    </w:p>
    <w:p w:rsidR="00AF0BF0" w:rsidRDefault="008804F4">
      <w:pPr>
        <w:pStyle w:val="ListBullet"/>
        <w:numPr>
          <w:ilvl w:val="0"/>
          <w:numId w:val="1"/>
        </w:numPr>
        <w:spacing w:after="40"/>
      </w:pPr>
      <w:r>
        <w:rPr>
          <w:rFonts w:ascii="Poppins" w:eastAsia="Poppins" w:hAnsi="Poppins"/>
          <w:sz w:val="20"/>
        </w:rPr>
        <w:t>Supervisor melihat bottleneck finishing dari jumlah item dalam proses.</w:t>
      </w:r>
    </w:p>
    <w:p w:rsidR="00AF0BF0" w:rsidRDefault="008804F4">
      <w:pPr>
        <w:pStyle w:val="ListBullet"/>
        <w:numPr>
          <w:ilvl w:val="0"/>
          <w:numId w:val="1"/>
        </w:numPr>
        <w:spacing w:after="40"/>
      </w:pPr>
      <w:r>
        <w:rPr>
          <w:rFonts w:ascii="Poppins" w:eastAsia="Poppins" w:hAnsi="Poppins"/>
          <w:sz w:val="20"/>
        </w:rPr>
        <w:t>Menampilkan status mode finishing dan waktu update terakhir secara real-time.</w:t>
      </w:r>
    </w:p>
    <w:p w:rsidR="00AF0BF0" w:rsidRDefault="008804F4">
      <w:pPr>
        <w:pStyle w:val="ListBullet"/>
        <w:numPr>
          <w:ilvl w:val="0"/>
          <w:numId w:val="1"/>
        </w:numPr>
        <w:spacing w:after="40"/>
      </w:pPr>
      <w:r>
        <w:rPr>
          <w:rFonts w:ascii="Poppins" w:eastAsia="Poppins" w:hAnsi="Poppins"/>
          <w:sz w:val="20"/>
        </w:rPr>
        <w:t>Ringkasan kartu membantu operator memantau antrean, proses, selesai hari ini, dan siap diambil.</w:t>
      </w:r>
    </w:p>
    <w:p w:rsidR="00AF0BF0" w:rsidRDefault="008804F4">
      <w:pPr>
        <w:pStyle w:val="ListBullet"/>
        <w:numPr>
          <w:ilvl w:val="0"/>
          <w:numId w:val="1"/>
        </w:numPr>
        <w:spacing w:after="40"/>
      </w:pPr>
      <w:r>
        <w:rPr>
          <w:rFonts w:ascii="Poppins" w:eastAsia="Poppins" w:hAnsi="Poppins"/>
          <w:sz w:val="20"/>
        </w:rPr>
        <w:t>Tombol Selesai dan Kembali ke Proses Cetak mempercepat perpindahan status produksi.</w:t>
      </w:r>
      <w:r w:rsidR="004A4982">
        <w:rPr>
          <w:rFonts w:ascii="Poppins" w:eastAsia="Poppins" w:hAnsi="Poppins"/>
          <w:sz w:val="20"/>
        </w:rPr>
        <w:br/>
      </w:r>
    </w:p>
    <w:p w:rsidR="00AF0BF0" w:rsidRDefault="008804F4">
      <w:pPr>
        <w:spacing w:before="120" w:after="120" w:line="259" w:lineRule="auto"/>
        <w:jc w:val="center"/>
      </w:pPr>
      <w:r>
        <w:rPr>
          <w:noProof/>
        </w:rPr>
        <w:drawing>
          <wp:inline distT="0" distB="0" distL="0" distR="0">
            <wp:extent cx="6263640" cy="27857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2"/>
                    <a:stretch>
                      <a:fillRect/>
                    </a:stretch>
                  </pic:blipFill>
                  <pic:spPr bwMode="auto">
                    <a:xfrm>
                      <a:off x="0" y="0"/>
                      <a:ext cx="6263640" cy="2785745"/>
                    </a:xfrm>
                    <a:prstGeom prst="rect">
                      <a:avLst/>
                    </a:prstGeom>
                    <a:noFill/>
                  </pic:spPr>
                </pic:pic>
              </a:graphicData>
            </a:graphic>
          </wp:inline>
        </w:drawing>
      </w:r>
    </w:p>
    <w:p w:rsidR="00AF0BF0" w:rsidRDefault="008804F4">
      <w:pPr>
        <w:spacing w:after="80" w:line="259" w:lineRule="auto"/>
        <w:jc w:val="center"/>
      </w:pPr>
      <w:r>
        <w:rPr>
          <w:rFonts w:ascii="Poppins" w:eastAsia="Poppins" w:hAnsi="Poppins"/>
          <w:i/>
          <w:sz w:val="17"/>
        </w:rPr>
        <w:t>Gambar 4.44 Dashboard Finishing</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pStyle w:val="Heading2"/>
        <w:rPr>
          <w:rFonts w:ascii="Poppins" w:eastAsia="Poppins" w:hAnsi="Poppins"/>
        </w:rPr>
      </w:pPr>
    </w:p>
    <w:p w:rsidR="004A4982" w:rsidRDefault="004A4982" w:rsidP="004A4982">
      <w:pPr>
        <w:spacing w:after="80" w:line="259" w:lineRule="auto"/>
      </w:pPr>
      <w:r>
        <w:rPr>
          <w:rFonts w:ascii="Poppins" w:eastAsia="Poppins" w:hAnsi="Poppins"/>
        </w:rPr>
        <w:t xml:space="preserve">   </w:t>
      </w:r>
    </w:p>
    <w:p w:rsidR="00AF0BF0" w:rsidRDefault="008804F4">
      <w:pPr>
        <w:pStyle w:val="Heading1"/>
      </w:pPr>
      <w:r>
        <w:rPr>
          <w:rFonts w:ascii="Poppins" w:eastAsia="Poppins" w:hAnsi="Poppins"/>
        </w:rPr>
        <w:lastRenderedPageBreak/>
        <w:t>5. Analisis Sistem</w:t>
      </w:r>
      <w:r w:rsidR="004A4982">
        <w:rPr>
          <w:rFonts w:ascii="Poppins" w:eastAsia="Poppins" w:hAnsi="Poppins"/>
        </w:rPr>
        <w:br/>
      </w:r>
    </w:p>
    <w:p w:rsidR="00AF0BF0" w:rsidRDefault="008804F4">
      <w:pPr>
        <w:pStyle w:val="Heading2"/>
      </w:pPr>
      <w:r>
        <w:rPr>
          <w:rFonts w:ascii="Poppins" w:eastAsia="Poppins" w:hAnsi="Poppins"/>
        </w:rPr>
        <w:t>Kelebihan Sistem</w:t>
      </w:r>
    </w:p>
    <w:p w:rsidR="00AF0BF0" w:rsidRDefault="008804F4">
      <w:pPr>
        <w:pStyle w:val="ListBullet"/>
        <w:numPr>
          <w:ilvl w:val="0"/>
          <w:numId w:val="1"/>
        </w:numPr>
        <w:spacing w:after="40"/>
      </w:pPr>
      <w:r>
        <w:rPr>
          <w:rFonts w:ascii="Poppins" w:eastAsia="Poppins" w:hAnsi="Poppins"/>
          <w:sz w:val="20"/>
        </w:rPr>
        <w:t>Struktur menu lengkap sehingga mendukung proses end-to-end dari order sampai laporan.</w:t>
      </w:r>
    </w:p>
    <w:p w:rsidR="00AF0BF0" w:rsidRDefault="008804F4">
      <w:pPr>
        <w:pStyle w:val="ListBullet"/>
        <w:numPr>
          <w:ilvl w:val="0"/>
          <w:numId w:val="1"/>
        </w:numPr>
        <w:spacing w:after="40"/>
      </w:pPr>
      <w:r>
        <w:rPr>
          <w:rFonts w:ascii="Poppins" w:eastAsia="Poppins" w:hAnsi="Poppins"/>
          <w:sz w:val="20"/>
        </w:rPr>
        <w:t>Status pembayaran, produksi, dan pengambilan ditampilkan dengan label yang mudah dibaca.</w:t>
      </w:r>
    </w:p>
    <w:p w:rsidR="00AF0BF0" w:rsidRDefault="008804F4">
      <w:pPr>
        <w:pStyle w:val="ListBullet"/>
        <w:numPr>
          <w:ilvl w:val="0"/>
          <w:numId w:val="1"/>
        </w:numPr>
        <w:spacing w:after="40"/>
      </w:pPr>
      <w:r>
        <w:rPr>
          <w:rFonts w:ascii="Poppins" w:eastAsia="Poppins" w:hAnsi="Poppins"/>
          <w:sz w:val="20"/>
        </w:rPr>
        <w:t>Dashboard memberikan peringatan cepat terhadap piutang tinggi, order belum diambil, dan jatuh tempo.</w:t>
      </w:r>
    </w:p>
    <w:p w:rsidR="00AF0BF0" w:rsidRDefault="008804F4">
      <w:pPr>
        <w:pStyle w:val="ListBullet"/>
        <w:numPr>
          <w:ilvl w:val="0"/>
          <w:numId w:val="1"/>
        </w:numPr>
        <w:spacing w:after="40"/>
      </w:pPr>
      <w:r>
        <w:rPr>
          <w:rFonts w:ascii="Poppins" w:eastAsia="Poppins" w:hAnsi="Poppins"/>
          <w:sz w:val="20"/>
        </w:rPr>
        <w:t>Form order cukup detail untuk kebutuhan percetakan karena memuat ukuran, unit, sisi, qty, harga, dan catatan finishing.</w:t>
      </w:r>
    </w:p>
    <w:p w:rsidR="00AF0BF0" w:rsidRDefault="008804F4">
      <w:pPr>
        <w:pStyle w:val="ListBullet"/>
        <w:numPr>
          <w:ilvl w:val="0"/>
          <w:numId w:val="1"/>
        </w:numPr>
        <w:spacing w:after="40"/>
      </w:pPr>
      <w:r>
        <w:rPr>
          <w:rFonts w:ascii="Poppins" w:eastAsia="Poppins" w:hAnsi="Poppins"/>
          <w:sz w:val="20"/>
        </w:rPr>
        <w:t>Modul pembukuan membantu pencatatan debit-kredit, laba rugi, neraca, serta buku besar.</w:t>
      </w:r>
    </w:p>
    <w:p w:rsidR="00AF0BF0" w:rsidRDefault="008804F4">
      <w:pPr>
        <w:pStyle w:val="ListBullet"/>
        <w:numPr>
          <w:ilvl w:val="0"/>
          <w:numId w:val="1"/>
        </w:numPr>
        <w:spacing w:after="40"/>
      </w:pPr>
      <w:r>
        <w:rPr>
          <w:rFonts w:ascii="Poppins" w:eastAsia="Poppins" w:hAnsi="Poppins"/>
          <w:sz w:val="20"/>
        </w:rPr>
        <w:t>Fitur filter, print, dan export memudahkan pencarian data serta pelaporan.</w:t>
      </w:r>
      <w:r w:rsidR="004A4982">
        <w:rPr>
          <w:rFonts w:ascii="Poppins" w:eastAsia="Poppins" w:hAnsi="Poppins"/>
          <w:sz w:val="20"/>
        </w:rPr>
        <w:br/>
      </w:r>
    </w:p>
    <w:p w:rsidR="00AF0BF0" w:rsidRDefault="008804F4">
      <w:pPr>
        <w:pStyle w:val="Heading2"/>
      </w:pPr>
      <w:r>
        <w:rPr>
          <w:rFonts w:ascii="Poppins" w:eastAsia="Poppins" w:hAnsi="Poppins"/>
        </w:rPr>
        <w:t>Manfaat Bagi Bisnis Percetakan</w:t>
      </w:r>
    </w:p>
    <w:p w:rsidR="00AF0BF0" w:rsidRDefault="008804F4">
      <w:pPr>
        <w:pStyle w:val="ListBullet"/>
        <w:numPr>
          <w:ilvl w:val="0"/>
          <w:numId w:val="1"/>
        </w:numPr>
        <w:spacing w:after="40"/>
      </w:pPr>
      <w:r>
        <w:rPr>
          <w:rFonts w:ascii="Poppins" w:eastAsia="Poppins" w:hAnsi="Poppins"/>
          <w:sz w:val="20"/>
        </w:rPr>
        <w:t>Mengurangi risiko order tercecer karena semua invoice tersimpan dan dapat dipantau statusnya.</w:t>
      </w:r>
    </w:p>
    <w:p w:rsidR="00AF0BF0" w:rsidRDefault="008804F4">
      <w:pPr>
        <w:pStyle w:val="ListBullet"/>
        <w:numPr>
          <w:ilvl w:val="0"/>
          <w:numId w:val="1"/>
        </w:numPr>
        <w:spacing w:after="40"/>
      </w:pPr>
      <w:r>
        <w:rPr>
          <w:rFonts w:ascii="Poppins" w:eastAsia="Poppins" w:hAnsi="Poppins"/>
          <w:sz w:val="20"/>
        </w:rPr>
        <w:t>Membantu kasir mengetahui tagihan belum dibayar dan memproses pelunasan lebih cepat.</w:t>
      </w:r>
    </w:p>
    <w:p w:rsidR="00AF0BF0" w:rsidRDefault="008804F4">
      <w:pPr>
        <w:pStyle w:val="ListBullet"/>
        <w:numPr>
          <w:ilvl w:val="0"/>
          <w:numId w:val="1"/>
        </w:numPr>
        <w:spacing w:after="40"/>
      </w:pPr>
      <w:r>
        <w:rPr>
          <w:rFonts w:ascii="Poppins" w:eastAsia="Poppins" w:hAnsi="Poppins"/>
          <w:sz w:val="20"/>
        </w:rPr>
        <w:t>Membantu operator produksi mengetahui prioritas pekerjaan dalam antrian cetak.</w:t>
      </w:r>
    </w:p>
    <w:p w:rsidR="00AF0BF0" w:rsidRDefault="008804F4">
      <w:pPr>
        <w:pStyle w:val="ListBullet"/>
        <w:numPr>
          <w:ilvl w:val="0"/>
          <w:numId w:val="1"/>
        </w:numPr>
        <w:spacing w:after="40"/>
      </w:pPr>
      <w:r>
        <w:rPr>
          <w:rFonts w:ascii="Poppins" w:eastAsia="Poppins" w:hAnsi="Poppins"/>
          <w:sz w:val="20"/>
        </w:rPr>
        <w:t>Memudahkan owner atau supervisor membaca kondisi pendapatan, kas, piutang, dan laba usaha.</w:t>
      </w:r>
    </w:p>
    <w:p w:rsidR="00AF0BF0" w:rsidRDefault="008804F4">
      <w:pPr>
        <w:pStyle w:val="ListBullet"/>
        <w:numPr>
          <w:ilvl w:val="0"/>
          <w:numId w:val="1"/>
        </w:numPr>
        <w:spacing w:after="40"/>
      </w:pPr>
      <w:r>
        <w:rPr>
          <w:rFonts w:ascii="Poppins" w:eastAsia="Poppins" w:hAnsi="Poppins"/>
          <w:sz w:val="20"/>
        </w:rPr>
        <w:t>Meningkatkan transparansi antar bagian karena setiap perubahan status terlihat pada sistem.</w:t>
      </w:r>
    </w:p>
    <w:p w:rsidR="00AF0BF0" w:rsidRDefault="008804F4" w:rsidP="004A4982">
      <w:pPr>
        <w:pStyle w:val="ListBullet"/>
        <w:tabs>
          <w:tab w:val="clear" w:pos="360"/>
        </w:tabs>
        <w:spacing w:after="40"/>
        <w:ind w:left="0" w:firstLine="0"/>
      </w:pPr>
      <w:r>
        <w:rPr>
          <w:rFonts w:ascii="Poppins" w:eastAsia="Poppins" w:hAnsi="Poppins"/>
          <w:sz w:val="20"/>
        </w:rPr>
        <w:t>.</w:t>
      </w:r>
    </w:p>
    <w:p w:rsidR="00AF0BF0" w:rsidRDefault="008804F4">
      <w:pPr>
        <w:pStyle w:val="Heading1"/>
      </w:pPr>
      <w:r>
        <w:rPr>
          <w:rFonts w:ascii="Poppins" w:eastAsia="Poppins" w:hAnsi="Poppins"/>
        </w:rPr>
        <w:t>6. Kesimpulan</w:t>
      </w:r>
    </w:p>
    <w:p w:rsidR="00AF0BF0" w:rsidRDefault="008804F4">
      <w:pPr>
        <w:spacing w:after="80" w:line="259" w:lineRule="auto"/>
      </w:pPr>
      <w:r>
        <w:rPr>
          <w:rFonts w:ascii="Poppins" w:eastAsia="Poppins" w:hAnsi="Poppins"/>
        </w:rPr>
        <w:t>Berdasarkan gambar tampilan yang diberikan, Aplikasipercetakan.com merupakan sistem manajemen percetakan yang cukup lengkap karena mencakup operasional, kasir, produksi, absensi, keuangan, dan pembukuan. Sistem ini dapat digunakan sebagai pusat pengendali bisnis percetakan untuk memastikan order tercatat, produksi terpantau, pembayaran terkendali, dan laporan keuangan tersedia secara cepat. Dengan pengembangan notifikasi, audit log, dan integrasi komunikasi pelanggan, sistem ini dapat menjadi solusi yang lebih kuat untuk meningkatkan efisiensi dan kontrol usaha percetakan.</w:t>
      </w:r>
    </w:p>
    <w:p w:rsidR="00AF0BF0" w:rsidRDefault="008804F4">
      <w:pPr>
        <w:spacing w:after="80" w:line="259" w:lineRule="auto"/>
      </w:pPr>
      <w:r>
        <w:rPr>
          <w:rFonts w:ascii="Poppins" w:eastAsia="Poppins" w:hAnsi="Poppins"/>
        </w:rPr>
        <w:br/>
      </w:r>
    </w:p>
    <w:sectPr w:rsidR="00AF0BF0" w:rsidSect="00AF0BF0">
      <w:footerReference w:type="default" r:id="rId53"/>
      <w:footerReference w:type="first" r:id="rId54"/>
      <w:pgSz w:w="11906" w:h="16838"/>
      <w:pgMar w:top="1020" w:right="964" w:bottom="1020" w:left="964" w:header="0"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297" w:rsidRDefault="00871297" w:rsidP="00AF0BF0">
      <w:pPr>
        <w:spacing w:after="0" w:line="240" w:lineRule="auto"/>
      </w:pPr>
      <w:r>
        <w:separator/>
      </w:r>
    </w:p>
  </w:endnote>
  <w:endnote w:type="continuationSeparator" w:id="1">
    <w:p w:rsidR="00871297" w:rsidRDefault="00871297" w:rsidP="00AF0B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Poppins">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4F4" w:rsidRDefault="008804F4">
    <w:pPr>
      <w:pStyle w:val="Footer"/>
      <w:jc w:val="center"/>
    </w:pPr>
    <w:r>
      <w:rPr>
        <w:color w:val="646464"/>
        <w:sz w:val="16"/>
      </w:rPr>
      <w:t>Aplikasipercetakan.com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4F4" w:rsidRDefault="008804F4">
    <w:pPr>
      <w:pStyle w:val="Footer"/>
      <w:jc w:val="center"/>
    </w:pPr>
    <w:r>
      <w:rPr>
        <w:color w:val="646464"/>
        <w:sz w:val="16"/>
      </w:rPr>
      <w:t>Deskripsi Sistem Aplikasipercetakan.com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297" w:rsidRDefault="00871297" w:rsidP="00AF0BF0">
      <w:pPr>
        <w:spacing w:after="0" w:line="240" w:lineRule="auto"/>
      </w:pPr>
      <w:r>
        <w:separator/>
      </w:r>
    </w:p>
  </w:footnote>
  <w:footnote w:type="continuationSeparator" w:id="1">
    <w:p w:rsidR="00871297" w:rsidRDefault="00871297" w:rsidP="00AF0B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F73"/>
    <w:multiLevelType w:val="multilevel"/>
    <w:tmpl w:val="C70A51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225960B7"/>
    <w:multiLevelType w:val="multilevel"/>
    <w:tmpl w:val="45DC67A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4F20D06"/>
    <w:multiLevelType w:val="multilevel"/>
    <w:tmpl w:val="8E524902"/>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98E54F3"/>
    <w:multiLevelType w:val="multilevel"/>
    <w:tmpl w:val="601EE5C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F461947"/>
    <w:multiLevelType w:val="multilevel"/>
    <w:tmpl w:val="F95CCB76"/>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59810020"/>
    <w:multiLevelType w:val="multilevel"/>
    <w:tmpl w:val="19D6A28C"/>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77762D3C"/>
    <w:multiLevelType w:val="multilevel"/>
    <w:tmpl w:val="381281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autoHyphenation/>
  <w:hyphenationZone w:val="0"/>
  <w:characterSpacingControl w:val="doNotCompress"/>
  <w:footnotePr>
    <w:footnote w:id="0"/>
    <w:footnote w:id="1"/>
  </w:footnotePr>
  <w:endnotePr>
    <w:endnote w:id="0"/>
    <w:endnote w:id="1"/>
  </w:endnotePr>
  <w:compat>
    <w:useFELayout/>
  </w:compat>
  <w:rsids>
    <w:rsidRoot w:val="00AF0BF0"/>
    <w:rsid w:val="004A4982"/>
    <w:rsid w:val="00871297"/>
    <w:rsid w:val="008804F4"/>
    <w:rsid w:val="00AA72DF"/>
    <w:rsid w:val="00AD6B63"/>
    <w:rsid w:val="00AF0BF0"/>
    <w:rsid w:val="00B53B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200" w:line="276" w:lineRule="auto"/>
    </w:pPr>
    <w:rPr>
      <w:rFonts w:ascii="Arial" w:eastAsia="Arial" w:hAnsi="Arial"/>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365D"/>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F365D"/>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F365D"/>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618BF"/>
  </w:style>
  <w:style w:type="character" w:customStyle="1" w:styleId="FooterChar">
    <w:name w:val="Footer Char"/>
    <w:basedOn w:val="DefaultParagraphFont"/>
    <w:link w:val="Footer"/>
    <w:uiPriority w:val="99"/>
    <w:qFormat/>
    <w:rsid w:val="00E618BF"/>
  </w:style>
  <w:style w:type="character" w:customStyle="1" w:styleId="Heading1Char">
    <w:name w:val="Heading 1 Char"/>
    <w:basedOn w:val="DefaultParagraphFont"/>
    <w:link w:val="Heading1"/>
    <w:uiPriority w:val="9"/>
    <w:qFormat/>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sid w:val="00FC693F"/>
    <w:rPr>
      <w:rFonts w:asciiTheme="majorHAnsi" w:eastAsiaTheme="majorEastAsia" w:hAnsiTheme="majorHAnsi" w:cstheme="majorBidi"/>
      <w:color w:val="17365D" w:themeColor="text2" w:themeShade="BF"/>
      <w:spacing w:val="5"/>
      <w:kern w:val="2"/>
      <w:sz w:val="52"/>
      <w:szCs w:val="52"/>
    </w:rPr>
  </w:style>
  <w:style w:type="character" w:customStyle="1" w:styleId="SubtitleChar">
    <w:name w:val="Subtitle Char"/>
    <w:basedOn w:val="DefaultParagraphFont"/>
    <w:link w:val="Subtitle"/>
    <w:uiPriority w:val="11"/>
    <w:qFormat/>
    <w:rsid w:val="00FC693F"/>
    <w:rPr>
      <w:rFonts w:asciiTheme="majorHAnsi" w:eastAsiaTheme="majorEastAsia" w:hAnsiTheme="majorHAnsi" w:cstheme="majorBidi"/>
      <w:i/>
      <w:iCs/>
      <w:color w:val="4F81BD" w:themeColor="accent1"/>
      <w:spacing w:val="15"/>
      <w:sz w:val="24"/>
      <w:szCs w:val="24"/>
    </w:rPr>
  </w:style>
  <w:style w:type="character" w:customStyle="1" w:styleId="BodyTextChar">
    <w:name w:val="Body Text Char"/>
    <w:basedOn w:val="DefaultParagraphFont"/>
    <w:link w:val="BodyText"/>
    <w:uiPriority w:val="99"/>
    <w:qFormat/>
    <w:rsid w:val="00AA1D8D"/>
  </w:style>
  <w:style w:type="character" w:customStyle="1" w:styleId="BodyText2Char">
    <w:name w:val="Body Text 2 Char"/>
    <w:basedOn w:val="DefaultParagraphFont"/>
    <w:link w:val="BodyText2"/>
    <w:uiPriority w:val="99"/>
    <w:qFormat/>
    <w:rsid w:val="00AA1D8D"/>
  </w:style>
  <w:style w:type="character" w:customStyle="1" w:styleId="BodyText3Char">
    <w:name w:val="Body Text 3 Char"/>
    <w:basedOn w:val="DefaultParagraphFont"/>
    <w:link w:val="BodyText3"/>
    <w:uiPriority w:val="99"/>
    <w:qFormat/>
    <w:rsid w:val="00AA1D8D"/>
    <w:rPr>
      <w:sz w:val="16"/>
      <w:szCs w:val="16"/>
    </w:rPr>
  </w:style>
  <w:style w:type="character" w:customStyle="1" w:styleId="MacroTextChar">
    <w:name w:val="Macro Text Char"/>
    <w:basedOn w:val="DefaultParagraphFont"/>
    <w:link w:val="MacroText"/>
    <w:uiPriority w:val="99"/>
    <w:qFormat/>
    <w:rsid w:val="0029639D"/>
    <w:rPr>
      <w:rFonts w:ascii="Courier" w:hAnsi="Courier"/>
      <w:sz w:val="20"/>
      <w:szCs w:val="20"/>
    </w:rPr>
  </w:style>
  <w:style w:type="character" w:customStyle="1" w:styleId="QuoteChar">
    <w:name w:val="Quote Char"/>
    <w:basedOn w:val="DefaultParagraphFont"/>
    <w:link w:val="Quote"/>
    <w:uiPriority w:val="29"/>
    <w:qFormat/>
    <w:rsid w:val="00FC693F"/>
    <w:rPr>
      <w:i/>
      <w:iCs/>
      <w:color w:val="000000" w:themeColor="text1"/>
    </w:rPr>
  </w:style>
  <w:style w:type="character" w:customStyle="1" w:styleId="Heading4Char">
    <w:name w:val="Heading 4 Char"/>
    <w:basedOn w:val="DefaultParagraphFont"/>
    <w:link w:val="Heading4"/>
    <w:uiPriority w:val="9"/>
    <w:semiHidden/>
    <w:qFormat/>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qFormat/>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qFormat/>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qFormat/>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sid w:val="00FC693F"/>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customStyle="1" w:styleId="IntenseQuoteChar">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customStyle="1" w:styleId="Heading">
    <w:name w:val="Heading"/>
    <w:basedOn w:val="Normal"/>
    <w:next w:val="BodyText"/>
    <w:qFormat/>
    <w:rsid w:val="00AF0BF0"/>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rsid w:val="00AA1D8D"/>
    <w:pPr>
      <w:spacing w:after="120"/>
    </w:pPr>
  </w:style>
  <w:style w:type="paragraph" w:styleId="List">
    <w:name w:val="List"/>
    <w:basedOn w:val="Normal"/>
    <w:uiPriority w:val="99"/>
    <w:unhideWhenUsed/>
    <w:rsid w:val="00AA1D8D"/>
    <w:pPr>
      <w:ind w:left="360" w:hanging="360"/>
      <w:contextualSpacing/>
    </w:p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paragraph" w:customStyle="1" w:styleId="Index">
    <w:name w:val="Index"/>
    <w:basedOn w:val="Normal"/>
    <w:qFormat/>
    <w:rsid w:val="00AF0BF0"/>
    <w:pPr>
      <w:suppressLineNumbers/>
    </w:pPr>
    <w:rPr>
      <w:rFonts w:cs="Lohit Devanagari"/>
    </w:rPr>
  </w:style>
  <w:style w:type="paragraph" w:customStyle="1" w:styleId="HeaderandFooter">
    <w:name w:val="Header and Footer"/>
    <w:basedOn w:val="Normal"/>
    <w:qFormat/>
    <w:rsid w:val="00AF0BF0"/>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paragraph" w:styleId="NoSpacing">
    <w:name w:val="No Spacing"/>
    <w:uiPriority w:val="1"/>
    <w:qFormat/>
    <w:rsid w:val="00FC693F"/>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
      <w:sz w:val="48"/>
      <w:szCs w:val="52"/>
    </w:rPr>
  </w:style>
  <w:style w:type="paragraph" w:styleId="Subtitle">
    <w:name w:val="Subtitle"/>
    <w:basedOn w:val="Normal"/>
    <w:next w:val="Normal"/>
    <w:link w:val="SubtitleChar"/>
    <w:uiPriority w:val="11"/>
    <w:qFormat/>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2">
    <w:name w:val="Body Text 2"/>
    <w:basedOn w:val="Normal"/>
    <w:link w:val="BodyText2Char"/>
    <w:uiPriority w:val="99"/>
    <w:unhideWhenUsed/>
    <w:qFormat/>
    <w:rsid w:val="00AA1D8D"/>
    <w:pPr>
      <w:spacing w:after="120" w:line="480" w:lineRule="auto"/>
    </w:pPr>
  </w:style>
  <w:style w:type="paragraph" w:styleId="BodyText3">
    <w:name w:val="Body Text 3"/>
    <w:basedOn w:val="Normal"/>
    <w:link w:val="BodyText3Char"/>
    <w:uiPriority w:val="99"/>
    <w:unhideWhenUsed/>
    <w:qFormat/>
    <w:rsid w:val="00AA1D8D"/>
    <w:pPr>
      <w:spacing w:after="120"/>
    </w:pPr>
    <w:rPr>
      <w:sz w:val="16"/>
      <w:szCs w:val="16"/>
    </w:rPr>
  </w:style>
  <w:style w:type="paragraph" w:styleId="List2">
    <w:name w:val="List 2"/>
    <w:basedOn w:val="Normal"/>
    <w:uiPriority w:val="99"/>
    <w:unhideWhenUsed/>
    <w:qFormat/>
    <w:rsid w:val="00326F90"/>
    <w:pPr>
      <w:ind w:left="720" w:hanging="360"/>
      <w:contextualSpacing/>
    </w:pPr>
  </w:style>
  <w:style w:type="paragraph" w:styleId="List3">
    <w:name w:val="List 3"/>
    <w:basedOn w:val="Normal"/>
    <w:uiPriority w:val="99"/>
    <w:unhideWhenUsed/>
    <w:qFormat/>
    <w:rsid w:val="00326F90"/>
    <w:pPr>
      <w:ind w:left="1080" w:hanging="360"/>
      <w:contextualSpacing/>
    </w:pPr>
  </w:style>
  <w:style w:type="paragraph" w:styleId="ListBullet">
    <w:name w:val="List Bullet"/>
    <w:basedOn w:val="Normal"/>
    <w:uiPriority w:val="99"/>
    <w:unhideWhenUsed/>
    <w:rsid w:val="00326F90"/>
    <w:pPr>
      <w:tabs>
        <w:tab w:val="num" w:pos="360"/>
      </w:tabs>
      <w:ind w:left="360" w:hanging="360"/>
      <w:contextualSpacing/>
    </w:pPr>
  </w:style>
  <w:style w:type="paragraph" w:styleId="ListBullet2">
    <w:name w:val="List Bullet 2"/>
    <w:basedOn w:val="Normal"/>
    <w:uiPriority w:val="99"/>
    <w:unhideWhenUsed/>
    <w:rsid w:val="00326F90"/>
    <w:pPr>
      <w:tabs>
        <w:tab w:val="num" w:pos="720"/>
      </w:tabs>
      <w:ind w:left="720" w:hanging="360"/>
      <w:contextualSpacing/>
    </w:pPr>
  </w:style>
  <w:style w:type="paragraph" w:styleId="ListBullet3">
    <w:name w:val="List Bullet 3"/>
    <w:basedOn w:val="Normal"/>
    <w:uiPriority w:val="99"/>
    <w:unhideWhenUsed/>
    <w:rsid w:val="00326F90"/>
    <w:pPr>
      <w:tabs>
        <w:tab w:val="num" w:pos="1080"/>
      </w:tabs>
      <w:ind w:left="1080" w:hanging="360"/>
      <w:contextualSpacing/>
    </w:pPr>
  </w:style>
  <w:style w:type="paragraph" w:styleId="ListNumber">
    <w:name w:val="List Number"/>
    <w:basedOn w:val="Normal"/>
    <w:uiPriority w:val="99"/>
    <w:unhideWhenUsed/>
    <w:rsid w:val="00326F90"/>
    <w:pPr>
      <w:tabs>
        <w:tab w:val="num" w:pos="360"/>
      </w:tabs>
      <w:ind w:left="360" w:hanging="360"/>
      <w:contextualSpacing/>
    </w:pPr>
  </w:style>
  <w:style w:type="paragraph" w:styleId="ListNumber2">
    <w:name w:val="List Number 2"/>
    <w:basedOn w:val="Normal"/>
    <w:uiPriority w:val="99"/>
    <w:unhideWhenUsed/>
    <w:rsid w:val="0029639D"/>
    <w:pPr>
      <w:tabs>
        <w:tab w:val="num" w:pos="720"/>
      </w:tabs>
      <w:ind w:left="720" w:hanging="360"/>
      <w:contextualSpacing/>
    </w:pPr>
  </w:style>
  <w:style w:type="paragraph" w:styleId="ListNumber3">
    <w:name w:val="List Number 3"/>
    <w:basedOn w:val="Normal"/>
    <w:uiPriority w:val="99"/>
    <w:unhideWhenUsed/>
    <w:rsid w:val="0029639D"/>
    <w:pPr>
      <w:tabs>
        <w:tab w:val="num" w:pos="1080"/>
      </w:tabs>
      <w:ind w:left="1080" w:hanging="36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qFormat/>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paragraph" w:styleId="IndexHeading">
    <w:name w:val="index heading"/>
    <w:basedOn w:val="Heading"/>
    <w:rsid w:val="00AF0BF0"/>
  </w:style>
  <w:style w:type="paragraph" w:styleId="TOCHeading">
    <w:name w:val="TOC Heading"/>
    <w:basedOn w:val="Heading1"/>
    <w:next w:val="Normal"/>
    <w:uiPriority w:val="39"/>
    <w:semiHidden/>
    <w:unhideWhenUsed/>
    <w:qFormat/>
    <w:rsid w:val="00FC693F"/>
    <w:pPr>
      <w:outlineLvl w:val="9"/>
    </w:pPr>
  </w:style>
  <w:style w:type="paragraph" w:customStyle="1" w:styleId="TabelCaptionCustom">
    <w:name w:val="TabelCaptionCustom"/>
    <w:qFormat/>
    <w:rsid w:val="00AF0BF0"/>
    <w:pPr>
      <w:spacing w:after="200" w:line="276" w:lineRule="auto"/>
    </w:pPr>
    <w:rPr>
      <w:rFonts w:ascii="Arial" w:eastAsia="Arial" w:hAnsi="Arial"/>
      <w:b/>
      <w:sz w:val="20"/>
    </w:rPr>
  </w:style>
  <w:style w:type="paragraph" w:customStyle="1" w:styleId="TabelNoteCustom">
    <w:name w:val="TabelNoteCustom"/>
    <w:qFormat/>
    <w:rsid w:val="00AF0BF0"/>
    <w:pPr>
      <w:spacing w:after="200" w:line="276" w:lineRule="auto"/>
    </w:pPr>
    <w:rPr>
      <w:rFonts w:ascii="Arial" w:eastAsia="Arial" w:hAnsi="Arial"/>
      <w:i/>
      <w:sz w:val="18"/>
    </w:rPr>
  </w:style>
  <w:style w:type="table" w:styleId="TableGrid">
    <w:name w:val="Table Grid"/>
    <w:basedOn w:val="TableNormal"/>
    <w:uiPriority w:val="59"/>
    <w:rsid w:val="00FC69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4F81BD" w:themeColor="accent1"/>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0504D" w:themeColor="accent2"/>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9BBB59" w:themeColor="accent3"/>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8064A2" w:themeColor="accent4"/>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4BACC6" w:themeColor="accent5"/>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4F81BD" w:themeColor="accent1"/>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9BBB59" w:themeColor="accent3"/>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8064A2" w:themeColor="accent4"/>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4BACC6" w:themeColor="accent5"/>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F79646" w:themeColor="accent6"/>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880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4F4"/>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7440</Words>
  <Characters>42410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Deskripsi Sistem Aplikasipercetakan.com</vt:lpstr>
    </vt:vector>
  </TitlesOfParts>
  <Company/>
  <LinksUpToDate>false</LinksUpToDate>
  <CharactersWithSpaces>49751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Deskripsi Sistem Aplikasipercetakan.com</dc:title>
  <dc:subject>Dokumen penjelasan sistem berdasarkan gambar aplikasi percetakan</dc:subject>
  <dc:creator>OpenAI</dc:creator>
  <dc:description>generated by python-docx</dc:description>
  <cp:lastModifiedBy>Windows 10</cp:lastModifiedBy>
  <cp:revision>2</cp:revision>
  <dcterms:created xsi:type="dcterms:W3CDTF">2026-05-12T10:28:00Z</dcterms:created>
  <dcterms:modified xsi:type="dcterms:W3CDTF">2026-05-12T10:28:00Z</dcterms:modified>
  <dc:language>en-US</dc:language>
</cp:coreProperties>
</file>